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כרטיסיות ניווט על טקסט קצר</w:t>
      </w:r>
    </w:p>
    <w:p>
      <w:pPr>
        <w:bidi w:val="1"/>
        <w:spacing w:after="60"/>
        <w:jc w:val="right"/>
      </w:pPr>
      <w:r>
        <w:rPr>
          <w:color w:val="495057"/>
          <w:sz w:val="22"/>
          <w:rtl w:val="1"/>
          <w:rFonts w:ascii="Arial" w:hAnsi="Arial" w:cs="Arial"/>
          <w:szCs w:val="22"/>
        </w:rPr>
        <w:t>דף תרגול · חט״ב – רגיל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רגיל: כל השאלות, 3 אפשרויות ומשימת כתיבה מלאה.</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גינה על הגג – איך גג מאובק הפך לכיתה ירוקה</w:t>
      </w:r>
    </w:p>
    <w:p>
      <w:pPr>
        <w:bidi w:val="1"/>
        <w:spacing w:after="80"/>
        <w:jc w:val="right"/>
      </w:pPr>
      <w:r>
        <w:rPr>
          <w:sz w:val="25"/>
          <w:rtl w:val="1"/>
          <w:rFonts w:ascii="Arial" w:hAnsi="Arial" w:cs="Arial"/>
          <w:szCs w:val="25"/>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80"/>
        <w:jc w:val="right"/>
      </w:pPr>
      <w:r>
        <w:rPr>
          <w:sz w:val="25"/>
          <w:rtl w:val="1"/>
          <w:rFonts w:ascii="Arial" w:hAnsi="Arial" w:cs="Arial"/>
          <w:szCs w:val="25"/>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80"/>
        <w:jc w:val="right"/>
      </w:pPr>
      <w:r>
        <w:rPr>
          <w:sz w:val="25"/>
          <w:rtl w:val="1"/>
          <w:rFonts w:ascii="Arial" w:hAnsi="Arial" w:cs="Arial"/>
          <w:szCs w:val="25"/>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80"/>
        <w:jc w:val="right"/>
      </w:pPr>
      <w:r>
        <w:rPr>
          <w:sz w:val="25"/>
          <w:rtl w:val="1"/>
          <w:rFonts w:ascii="Arial" w:hAnsi="Arial" w:cs="Arial"/>
          <w:szCs w:val="25"/>
        </w:rPr>
        <w:t>(4) נוי, תלמידה בכיתה ח׳, אומרת: "זה הדבר הכי טוב שקרה לבית הספר. פתאום יש לנו סיבה לעלות למעלה."</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מה מבטיחה כותרת המשנה "איך גג מאובק הפך לכיתה ירוקה"?   [🏷️ כותרת – מה היא מבטיחה?]</w:t>
      </w:r>
    </w:p>
    <w:p>
      <w:pPr>
        <w:bidi w:val="1"/>
        <w:spacing w:after="20"/>
        <w:jc w:val="right"/>
      </w:pPr>
      <w:r>
        <w:rPr>
          <w:sz w:val="22"/>
          <w:rtl w:val="1"/>
          <w:rFonts w:ascii="Arial" w:hAnsi="Arial" w:cs="Arial"/>
          <w:szCs w:val="22"/>
        </w:rPr>
        <w:t xml:space="preserve">   א. רשימה של צמחים</w:t>
      </w:r>
    </w:p>
    <w:p>
      <w:pPr>
        <w:bidi w:val="1"/>
        <w:spacing w:after="20"/>
        <w:jc w:val="right"/>
      </w:pPr>
      <w:r>
        <w:rPr>
          <w:sz w:val="22"/>
          <w:rtl w:val="1"/>
          <w:rFonts w:ascii="Arial" w:hAnsi="Arial" w:cs="Arial"/>
          <w:szCs w:val="22"/>
        </w:rPr>
        <w:t xml:space="preserve">   ב. הוראות השקיה</w:t>
      </w:r>
    </w:p>
    <w:p>
      <w:pPr>
        <w:bidi w:val="1"/>
        <w:spacing w:after="20"/>
        <w:jc w:val="right"/>
      </w:pPr>
      <w:r>
        <w:rPr>
          <w:b/>
          <w:color w:val="C92A2A"/>
          <w:sz w:val="22"/>
          <w:rtl w:val="1"/>
          <w:rFonts w:ascii="Arial" w:hAnsi="Arial" w:cs="Arial"/>
          <w:bCs/>
          <w:szCs w:val="22"/>
        </w:rPr>
        <w:t xml:space="preserve">   ג. סיפור של שינוי – לפני ואחרי ✔</w:t>
      </w:r>
    </w:p>
    <w:p>
      <w:pPr>
        <w:bidi w:val="1"/>
        <w:spacing w:after="40"/>
        <w:jc w:val="right"/>
      </w:pPr>
      <w:r>
        <w:rPr>
          <w:b/>
          <w:sz w:val="23"/>
          <w:rtl w:val="1"/>
          <w:rFonts w:ascii="Arial" w:hAnsi="Arial" w:cs="Arial"/>
          <w:bCs/>
          <w:szCs w:val="23"/>
        </w:rPr>
        <w:t>2. איזה סוג טקסט זה?   [🎯 סוגה ומטרה – איזה טקסט זה?]</w:t>
      </w:r>
    </w:p>
    <w:p>
      <w:pPr>
        <w:bidi w:val="1"/>
        <w:spacing w:after="20"/>
        <w:jc w:val="right"/>
      </w:pPr>
      <w:r>
        <w:rPr>
          <w:sz w:val="22"/>
          <w:rtl w:val="1"/>
          <w:rFonts w:ascii="Arial" w:hAnsi="Arial" w:cs="Arial"/>
          <w:szCs w:val="22"/>
        </w:rPr>
        <w:t xml:space="preserve">   א. סיפור דמיוני</w:t>
      </w:r>
    </w:p>
    <w:p>
      <w:pPr>
        <w:bidi w:val="1"/>
        <w:spacing w:after="20"/>
        <w:jc w:val="right"/>
      </w:pPr>
      <w:r>
        <w:rPr>
          <w:sz w:val="22"/>
          <w:rtl w:val="1"/>
          <w:rFonts w:ascii="Arial" w:hAnsi="Arial" w:cs="Arial"/>
          <w:szCs w:val="22"/>
        </w:rPr>
        <w:t xml:space="preserve">   ב. שיר</w:t>
      </w:r>
    </w:p>
    <w:p>
      <w:pPr>
        <w:bidi w:val="1"/>
        <w:spacing w:after="20"/>
        <w:jc w:val="right"/>
      </w:pPr>
      <w:r>
        <w:rPr>
          <w:b/>
          <w:color w:val="C92A2A"/>
          <w:sz w:val="22"/>
          <w:rtl w:val="1"/>
          <w:rFonts w:ascii="Arial" w:hAnsi="Arial" w:cs="Arial"/>
          <w:bCs/>
          <w:szCs w:val="22"/>
        </w:rPr>
        <w:t xml:space="preserve">   ג. טקסט מידעי בסגנון כתבה ✔</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3. כתבו כותרת קצרה (2–4 מילים) לכל פסקה.   [💡 הרעיון המרכזי בפסקה]</w:t>
      </w:r>
    </w:p>
    <w:p>
      <w:pPr>
        <w:bidi w:val="1"/>
        <w:spacing w:after="60"/>
        <w:jc w:val="right"/>
      </w:pPr>
      <w:r>
        <w:rPr>
          <w:b/>
          <w:color w:val="C92A2A"/>
          <w:sz w:val="22"/>
          <w:rtl w:val="1"/>
          <w:rFonts w:ascii="Arial" w:hAnsi="Arial" w:cs="Arial"/>
          <w:bCs/>
          <w:szCs w:val="22"/>
        </w:rPr>
        <w:t>✔ 1 – איך הכול התחיל · 2 – יתרונות הגינה · 3 – קשיים ופתרון · 4 – דעה של תלמידה</w:t>
      </w:r>
    </w:p>
    <w:p>
      <w:pPr>
        <w:bidi w:val="1"/>
        <w:spacing w:after="40"/>
        <w:jc w:val="right"/>
      </w:pPr>
      <w:r>
        <w:rPr>
          <w:b/>
          <w:sz w:val="23"/>
          <w:rtl w:val="1"/>
          <w:rFonts w:ascii="Arial" w:hAnsi="Arial" w:cs="Arial"/>
          <w:bCs/>
          <w:szCs w:val="23"/>
        </w:rPr>
        <w:t>4. "עם זאת, לא הכול פשוט" (פסקה 3). מה מסמנת "עם זאת"?   [🔗 מילות קישור – תמרורים בטקסט]</w:t>
      </w:r>
    </w:p>
    <w:p>
      <w:pPr>
        <w:bidi w:val="1"/>
        <w:spacing w:after="20"/>
        <w:jc w:val="right"/>
      </w:pPr>
      <w:r>
        <w:rPr>
          <w:sz w:val="22"/>
          <w:rtl w:val="1"/>
          <w:rFonts w:ascii="Arial" w:hAnsi="Arial" w:cs="Arial"/>
          <w:szCs w:val="22"/>
        </w:rPr>
        <w:t xml:space="preserve">   א. סיבה</w:t>
      </w:r>
    </w:p>
    <w:p>
      <w:pPr>
        <w:bidi w:val="1"/>
        <w:spacing w:after="20"/>
        <w:jc w:val="right"/>
      </w:pPr>
      <w:r>
        <w:rPr>
          <w:b/>
          <w:color w:val="C92A2A"/>
          <w:sz w:val="22"/>
          <w:rtl w:val="1"/>
          <w:rFonts w:ascii="Arial" w:hAnsi="Arial" w:cs="Arial"/>
          <w:bCs/>
          <w:szCs w:val="22"/>
        </w:rPr>
        <w:t xml:space="preserve">   ב. ניגוד ✔</w:t>
      </w:r>
    </w:p>
    <w:p>
      <w:pPr>
        <w:bidi w:val="1"/>
        <w:spacing w:after="20"/>
        <w:jc w:val="right"/>
      </w:pPr>
      <w:r>
        <w:rPr>
          <w:sz w:val="22"/>
          <w:rtl w:val="1"/>
          <w:rFonts w:ascii="Arial" w:hAnsi="Arial" w:cs="Arial"/>
          <w:szCs w:val="22"/>
        </w:rPr>
        <w:t xml:space="preserve">   ג. הוספה</w:t>
      </w:r>
    </w:p>
    <w:p>
      <w:pPr>
        <w:bidi w:val="1"/>
        <w:spacing w:after="40"/>
        <w:jc w:val="right"/>
      </w:pPr>
      <w:r>
        <w:rPr>
          <w:b/>
          <w:sz w:val="23"/>
          <w:rtl w:val="1"/>
          <w:rFonts w:ascii="Arial" w:hAnsi="Arial" w:cs="Arial"/>
          <w:bCs/>
          <w:szCs w:val="23"/>
        </w:rPr>
        <w:t>5. איזה משפט הוא דעה?   [⚖️ עובדה או דעה?]</w:t>
      </w:r>
    </w:p>
    <w:p>
      <w:pPr>
        <w:bidi w:val="1"/>
        <w:spacing w:after="20"/>
        <w:jc w:val="right"/>
      </w:pPr>
      <w:r>
        <w:rPr>
          <w:sz w:val="22"/>
          <w:rtl w:val="1"/>
          <w:rFonts w:ascii="Arial" w:hAnsi="Arial" w:cs="Arial"/>
          <w:szCs w:val="22"/>
        </w:rPr>
        <w:t xml:space="preserve">   א. "בכל שבוע אחראית עליה קבוצה אחרת"</w:t>
      </w:r>
    </w:p>
    <w:p>
      <w:pPr>
        <w:bidi w:val="1"/>
        <w:spacing w:after="20"/>
        <w:jc w:val="right"/>
      </w:pPr>
      <w:r>
        <w:rPr>
          <w:b/>
          <w:color w:val="C92A2A"/>
          <w:sz w:val="22"/>
          <w:rtl w:val="1"/>
          <w:rFonts w:ascii="Arial" w:hAnsi="Arial" w:cs="Arial"/>
          <w:bCs/>
          <w:szCs w:val="22"/>
        </w:rPr>
        <w:t xml:space="preserve">   ב. "זה הדבר הכי טוב שקרה לבית הספר" ✔</w:t>
      </w:r>
    </w:p>
    <w:p>
      <w:pPr>
        <w:bidi w:val="1"/>
        <w:spacing w:after="20"/>
        <w:jc w:val="right"/>
      </w:pPr>
      <w:r>
        <w:rPr>
          <w:sz w:val="22"/>
          <w:rtl w:val="1"/>
          <w:rFonts w:ascii="Arial" w:hAnsi="Arial" w:cs="Arial"/>
          <w:szCs w:val="22"/>
        </w:rPr>
        <w:t xml:space="preserve">   ג. "צומחים בו עגבניות, נענע וחמניות"</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6. איתור: מי הציעו את הרעיון לגינה?   [🔍 שאלת איתור]</w:t>
      </w:r>
    </w:p>
    <w:p>
      <w:pPr>
        <w:bidi w:val="1"/>
        <w:spacing w:after="20"/>
        <w:jc w:val="right"/>
      </w:pPr>
      <w:r>
        <w:rPr>
          <w:sz w:val="22"/>
          <w:rtl w:val="1"/>
          <w:rFonts w:ascii="Arial" w:hAnsi="Arial" w:cs="Arial"/>
          <w:szCs w:val="22"/>
        </w:rPr>
        <w:t xml:space="preserve">   א. ההורים</w:t>
      </w:r>
    </w:p>
    <w:p>
      <w:pPr>
        <w:bidi w:val="1"/>
        <w:spacing w:after="20"/>
        <w:jc w:val="right"/>
      </w:pPr>
      <w:r>
        <w:rPr>
          <w:sz w:val="22"/>
          <w:rtl w:val="1"/>
          <w:rFonts w:ascii="Arial" w:hAnsi="Arial" w:cs="Arial"/>
          <w:szCs w:val="22"/>
        </w:rPr>
        <w:t xml:space="preserve">   ב. צוות המורים</w:t>
      </w:r>
    </w:p>
    <w:p>
      <w:pPr>
        <w:bidi w:val="1"/>
        <w:spacing w:after="20"/>
        <w:jc w:val="right"/>
      </w:pPr>
      <w:r>
        <w:rPr>
          <w:b/>
          <w:color w:val="C92A2A"/>
          <w:sz w:val="22"/>
          <w:rtl w:val="1"/>
          <w:rFonts w:ascii="Arial" w:hAnsi="Arial" w:cs="Arial"/>
          <w:bCs/>
          <w:szCs w:val="22"/>
        </w:rPr>
        <w:t xml:space="preserve">   ג. תלמידי כיתה ח׳ ✔</w:t>
      </w:r>
    </w:p>
    <w:p>
      <w:pPr>
        <w:bidi w:val="1"/>
        <w:spacing w:after="40"/>
        <w:jc w:val="right"/>
      </w:pPr>
      <w:r>
        <w:rPr>
          <w:b/>
          <w:sz w:val="23"/>
          <w:rtl w:val="1"/>
          <w:rFonts w:ascii="Arial" w:hAnsi="Arial" w:cs="Arial"/>
          <w:bCs/>
          <w:szCs w:val="23"/>
        </w:rPr>
        <w:t>7. הסקה: מה אפשר להסיק על התלמידים מכך שהקימו "תורנות גינה"?   [🕵️ שאלת הסקה – בין השורות]</w:t>
      </w:r>
    </w:p>
    <w:p>
      <w:pPr>
        <w:bidi w:val="1"/>
        <w:spacing w:after="20"/>
        <w:jc w:val="right"/>
      </w:pPr>
      <w:r>
        <w:rPr>
          <w:b/>
          <w:color w:val="C92A2A"/>
          <w:sz w:val="22"/>
          <w:rtl w:val="1"/>
          <w:rFonts w:ascii="Arial" w:hAnsi="Arial" w:cs="Arial"/>
          <w:bCs/>
          <w:szCs w:val="22"/>
        </w:rPr>
        <w:t xml:space="preserve">   א. הם אחראים ויודעים לעבוד יחד ✔</w:t>
      </w:r>
    </w:p>
    <w:p>
      <w:pPr>
        <w:bidi w:val="1"/>
        <w:spacing w:after="20"/>
        <w:jc w:val="right"/>
      </w:pPr>
      <w:r>
        <w:rPr>
          <w:sz w:val="22"/>
          <w:rtl w:val="1"/>
          <w:rFonts w:ascii="Arial" w:hAnsi="Arial" w:cs="Arial"/>
          <w:szCs w:val="22"/>
        </w:rPr>
        <w:t xml:space="preserve">   ב. בבית הספר אין מים</w:t>
      </w:r>
    </w:p>
    <w:p>
      <w:pPr>
        <w:bidi w:val="1"/>
        <w:spacing w:after="20"/>
        <w:jc w:val="right"/>
      </w:pPr>
      <w:r>
        <w:rPr>
          <w:sz w:val="22"/>
          <w:rtl w:val="1"/>
          <w:rFonts w:ascii="Arial" w:hAnsi="Arial" w:cs="Arial"/>
          <w:szCs w:val="22"/>
        </w:rPr>
        <w:t xml:space="preserve">   ג. הם לא אוהבים את הגינה</w:t>
      </w:r>
    </w:p>
    <w:p>
      <w:pPr>
        <w:bidi w:val="1"/>
        <w:spacing w:after="40"/>
        <w:jc w:val="right"/>
      </w:pPr>
      <w:r>
        <w:rPr>
          <w:b/>
          <w:sz w:val="23"/>
          <w:rtl w:val="1"/>
          <w:rFonts w:ascii="Arial" w:hAnsi="Arial" w:cs="Arial"/>
          <w:bCs/>
          <w:szCs w:val="23"/>
        </w:rPr>
        <w:t>8. האם כדאי לבנות גינה על גג בכל בית ספר? כתבו טענה + נימוק + דוגמה.   [✍️ תשובה מלאה: טענה + נימוק + דוגמה]</w:t>
      </w:r>
    </w:p>
    <w:p>
      <w:pPr>
        <w:bidi w:val="1"/>
        <w:spacing w:after="60"/>
        <w:jc w:val="right"/>
      </w:pPr>
      <w:r>
        <w:rPr>
          <w:b/>
          <w:color w:val="C92A2A"/>
          <w:sz w:val="22"/>
          <w:rtl w:val="1"/>
          <w:rFonts w:ascii="Arial" w:hAnsi="Arial" w:cs="Arial"/>
          <w:bCs/>
          <w:szCs w:val="22"/>
        </w:rPr>
        <w:t>✔ למשל: כן (טענה), כי הגינה מקררת את הכיתות ומלמדת אחריות (נימוק). למשל, התלמידים הקימו תורנות גינה (דוגמה, פסקה 3).</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9. כתבו פסקה (4–6 משפטים): איזה כרטיס ניווט הכי עוזר לכם, ובאיזה שלב של הקריאה? הביאו דוגמה.   [✍️ תשובה מלאה: טענה + נימוק + דוגמה]</w:t>
      </w:r>
    </w:p>
    <w:p>
      <w:pPr>
        <w:bidi w:val="1"/>
        <w:spacing w:after="60"/>
        <w:jc w:val="right"/>
      </w:pPr>
      <w:r>
        <w:rPr>
          <w:b/>
          <w:color w:val="C92A2A"/>
          <w:sz w:val="22"/>
          <w:rtl w:val="1"/>
          <w:rFonts w:ascii="Arial" w:hAnsi="Arial" w:cs="Arial"/>
          <w:bCs/>
          <w:szCs w:val="22"/>
        </w:rPr>
        <w:t>✔ תשובה אישית לפי המחוון: עמידה במשימה, מבנה, מילות קישור, לשון.</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כרטיס אחד שאשתמש בו מחר:</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מה עושים כשנתקעים? (כרטיס SOS)</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כרטיסיות ניווט על טקסט קצר</w:t>
      </w:r>
    </w:p>
    <w:p>
      <w:pPr>
        <w:bidi w:val="1"/>
        <w:spacing w:after="60"/>
        <w:jc w:val="right"/>
      </w:pPr>
      <w:r>
        <w:rPr>
          <w:color w:val="495057"/>
          <w:sz w:val="22"/>
          <w:rtl w:val="1"/>
          <w:rFonts w:ascii="Arial" w:hAnsi="Arial" w:cs="Arial"/>
          <w:szCs w:val="22"/>
        </w:rPr>
        <w:t>דף תרגול · חט״ב – רגיל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גינה על הגג – איך גג מאובק הפך לכיתה ירוקה</w:t>
      </w:r>
    </w:p>
    <w:p>
      <w:pPr>
        <w:bidi w:val="1"/>
        <w:spacing w:after="80"/>
        <w:jc w:val="right"/>
      </w:pPr>
      <w:r>
        <w:rPr>
          <w:sz w:val="25"/>
          <w:rtl w:val="1"/>
          <w:rFonts w:ascii="Arial" w:hAnsi="Arial" w:cs="Arial"/>
          <w:szCs w:val="25"/>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80"/>
        <w:jc w:val="right"/>
      </w:pPr>
      <w:r>
        <w:rPr>
          <w:sz w:val="25"/>
          <w:rtl w:val="1"/>
          <w:rFonts w:ascii="Arial" w:hAnsi="Arial" w:cs="Arial"/>
          <w:szCs w:val="25"/>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80"/>
        <w:jc w:val="right"/>
      </w:pPr>
      <w:r>
        <w:rPr>
          <w:sz w:val="25"/>
          <w:rtl w:val="1"/>
          <w:rFonts w:ascii="Arial" w:hAnsi="Arial" w:cs="Arial"/>
          <w:szCs w:val="25"/>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80"/>
        <w:jc w:val="right"/>
      </w:pPr>
      <w:r>
        <w:rPr>
          <w:sz w:val="25"/>
          <w:rtl w:val="1"/>
          <w:rFonts w:ascii="Arial" w:hAnsi="Arial" w:cs="Arial"/>
          <w:szCs w:val="25"/>
        </w:rPr>
        <w:t>(4) נוי, תלמידה בכיתה ח׳, אומרת: "זה הדבר הכי טוב שקרה לבית הספר. פתאום יש לנו סיבה לעלות למעלה."</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מה מבטיחה כותרת המשנה "איך גג מאובק הפך לכיתה ירוקה"?   [🏷️ כותרת – מה היא מבטיחה?]</w:t>
      </w:r>
    </w:p>
    <w:p>
      <w:pPr>
        <w:bidi w:val="1"/>
        <w:spacing w:after="20"/>
        <w:jc w:val="right"/>
      </w:pPr>
      <w:r>
        <w:rPr>
          <w:sz w:val="22"/>
          <w:rtl w:val="1"/>
          <w:rFonts w:ascii="Arial" w:hAnsi="Arial" w:cs="Arial"/>
          <w:szCs w:val="22"/>
        </w:rPr>
        <w:t xml:space="preserve">   א. רשימה של צמחים</w:t>
      </w:r>
    </w:p>
    <w:p>
      <w:pPr>
        <w:bidi w:val="1"/>
        <w:spacing w:after="20"/>
        <w:jc w:val="right"/>
      </w:pPr>
      <w:r>
        <w:rPr>
          <w:sz w:val="22"/>
          <w:rtl w:val="1"/>
          <w:rFonts w:ascii="Arial" w:hAnsi="Arial" w:cs="Arial"/>
          <w:szCs w:val="22"/>
        </w:rPr>
        <w:t xml:space="preserve">   ב. הוראות השקיה</w:t>
      </w:r>
    </w:p>
    <w:p>
      <w:pPr>
        <w:bidi w:val="1"/>
        <w:spacing w:after="20"/>
        <w:jc w:val="right"/>
      </w:pPr>
      <w:r>
        <w:rPr>
          <w:sz w:val="22"/>
          <w:rtl w:val="1"/>
          <w:rFonts w:ascii="Arial" w:hAnsi="Arial" w:cs="Arial"/>
          <w:szCs w:val="22"/>
        </w:rPr>
        <w:t xml:space="preserve">   ג. סיפור של שינוי – לפני ואחרי</w:t>
      </w:r>
    </w:p>
    <w:p>
      <w:pPr>
        <w:bidi w:val="1"/>
        <w:spacing w:after="40"/>
        <w:jc w:val="right"/>
      </w:pPr>
      <w:r>
        <w:rPr>
          <w:b/>
          <w:sz w:val="23"/>
          <w:rtl w:val="1"/>
          <w:rFonts w:ascii="Arial" w:hAnsi="Arial" w:cs="Arial"/>
          <w:bCs/>
          <w:szCs w:val="23"/>
        </w:rPr>
        <w:t>2. איזה סוג טקסט זה?   [🎯 סוגה ומטרה – איזה טקסט זה?]</w:t>
      </w:r>
    </w:p>
    <w:p>
      <w:pPr>
        <w:bidi w:val="1"/>
        <w:spacing w:after="20"/>
        <w:jc w:val="right"/>
      </w:pPr>
      <w:r>
        <w:rPr>
          <w:sz w:val="22"/>
          <w:rtl w:val="1"/>
          <w:rFonts w:ascii="Arial" w:hAnsi="Arial" w:cs="Arial"/>
          <w:szCs w:val="22"/>
        </w:rPr>
        <w:t xml:space="preserve">   א. סיפור דמיוני</w:t>
      </w:r>
    </w:p>
    <w:p>
      <w:pPr>
        <w:bidi w:val="1"/>
        <w:spacing w:after="20"/>
        <w:jc w:val="right"/>
      </w:pPr>
      <w:r>
        <w:rPr>
          <w:sz w:val="22"/>
          <w:rtl w:val="1"/>
          <w:rFonts w:ascii="Arial" w:hAnsi="Arial" w:cs="Arial"/>
          <w:szCs w:val="22"/>
        </w:rPr>
        <w:t xml:space="preserve">   ב. שיר</w:t>
      </w:r>
    </w:p>
    <w:p>
      <w:pPr>
        <w:bidi w:val="1"/>
        <w:spacing w:after="20"/>
        <w:jc w:val="right"/>
      </w:pPr>
      <w:r>
        <w:rPr>
          <w:sz w:val="22"/>
          <w:rtl w:val="1"/>
          <w:rFonts w:ascii="Arial" w:hAnsi="Arial" w:cs="Arial"/>
          <w:szCs w:val="22"/>
        </w:rPr>
        <w:t xml:space="preserve">   ג. טקסט מידעי בסגנון כתבה</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3. כתבו כותרת קצרה (2–4 מילים) לכל פסקה.   [💡 הרעיון המרכזי בפסקה]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b/>
          <w:sz w:val="23"/>
          <w:rtl w:val="1"/>
          <w:rFonts w:ascii="Arial" w:hAnsi="Arial" w:cs="Arial"/>
          <w:bCs/>
          <w:szCs w:val="23"/>
        </w:rPr>
        <w:t>4. "עם זאת, לא הכול פשוט" (פסקה 3). מה מסמנת "עם זאת"?   [🔗 מילות קישור – תמרורים בטקסט]</w:t>
      </w:r>
    </w:p>
    <w:p>
      <w:pPr>
        <w:bidi w:val="1"/>
        <w:spacing w:after="20"/>
        <w:jc w:val="right"/>
      </w:pPr>
      <w:r>
        <w:rPr>
          <w:sz w:val="22"/>
          <w:rtl w:val="1"/>
          <w:rFonts w:ascii="Arial" w:hAnsi="Arial" w:cs="Arial"/>
          <w:szCs w:val="22"/>
        </w:rPr>
        <w:t xml:space="preserve">   א. סיבה</w:t>
      </w:r>
    </w:p>
    <w:p>
      <w:pPr>
        <w:bidi w:val="1"/>
        <w:spacing w:after="20"/>
        <w:jc w:val="right"/>
      </w:pPr>
      <w:r>
        <w:rPr>
          <w:sz w:val="22"/>
          <w:rtl w:val="1"/>
          <w:rFonts w:ascii="Arial" w:hAnsi="Arial" w:cs="Arial"/>
          <w:szCs w:val="22"/>
        </w:rPr>
        <w:t xml:space="preserve">   ב. ניגוד</w:t>
      </w:r>
    </w:p>
    <w:p>
      <w:pPr>
        <w:bidi w:val="1"/>
        <w:spacing w:after="20"/>
        <w:jc w:val="right"/>
      </w:pPr>
      <w:r>
        <w:rPr>
          <w:sz w:val="22"/>
          <w:rtl w:val="1"/>
          <w:rFonts w:ascii="Arial" w:hAnsi="Arial" w:cs="Arial"/>
          <w:szCs w:val="22"/>
        </w:rPr>
        <w:t xml:space="preserve">   ג. הוספה</w:t>
      </w:r>
    </w:p>
    <w:p>
      <w:pPr>
        <w:bidi w:val="1"/>
        <w:spacing w:after="40"/>
        <w:jc w:val="right"/>
      </w:pPr>
      <w:r>
        <w:rPr>
          <w:b/>
          <w:sz w:val="23"/>
          <w:rtl w:val="1"/>
          <w:rFonts w:ascii="Arial" w:hAnsi="Arial" w:cs="Arial"/>
          <w:bCs/>
          <w:szCs w:val="23"/>
        </w:rPr>
        <w:t>5. איזה משפט הוא דעה?   [⚖️ עובדה או דעה?]</w:t>
      </w:r>
    </w:p>
    <w:p>
      <w:pPr>
        <w:bidi w:val="1"/>
        <w:spacing w:after="20"/>
        <w:jc w:val="right"/>
      </w:pPr>
      <w:r>
        <w:rPr>
          <w:sz w:val="22"/>
          <w:rtl w:val="1"/>
          <w:rFonts w:ascii="Arial" w:hAnsi="Arial" w:cs="Arial"/>
          <w:szCs w:val="22"/>
        </w:rPr>
        <w:t xml:space="preserve">   א. "בכל שבוע אחראית עליה קבוצה אחרת"</w:t>
      </w:r>
    </w:p>
    <w:p>
      <w:pPr>
        <w:bidi w:val="1"/>
        <w:spacing w:after="20"/>
        <w:jc w:val="right"/>
      </w:pPr>
      <w:r>
        <w:rPr>
          <w:sz w:val="22"/>
          <w:rtl w:val="1"/>
          <w:rFonts w:ascii="Arial" w:hAnsi="Arial" w:cs="Arial"/>
          <w:szCs w:val="22"/>
        </w:rPr>
        <w:t xml:space="preserve">   ב. "זה הדבר הכי טוב שקרה לבית הספר"</w:t>
      </w:r>
    </w:p>
    <w:p>
      <w:pPr>
        <w:bidi w:val="1"/>
        <w:spacing w:after="20"/>
        <w:jc w:val="right"/>
      </w:pPr>
      <w:r>
        <w:rPr>
          <w:sz w:val="22"/>
          <w:rtl w:val="1"/>
          <w:rFonts w:ascii="Arial" w:hAnsi="Arial" w:cs="Arial"/>
          <w:szCs w:val="22"/>
        </w:rPr>
        <w:t xml:space="preserve">   ג. "צומחים בו עגבניות, נענע וחמניות"</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6. איתור: מי הציעו את הרעיון לגינה?   [🔍 שאלת איתור]</w:t>
      </w:r>
    </w:p>
    <w:p>
      <w:pPr>
        <w:bidi w:val="1"/>
        <w:spacing w:after="20"/>
        <w:jc w:val="right"/>
      </w:pPr>
      <w:r>
        <w:rPr>
          <w:sz w:val="22"/>
          <w:rtl w:val="1"/>
          <w:rFonts w:ascii="Arial" w:hAnsi="Arial" w:cs="Arial"/>
          <w:szCs w:val="22"/>
        </w:rPr>
        <w:t xml:space="preserve">   א. ההורים</w:t>
      </w:r>
    </w:p>
    <w:p>
      <w:pPr>
        <w:bidi w:val="1"/>
        <w:spacing w:after="20"/>
        <w:jc w:val="right"/>
      </w:pPr>
      <w:r>
        <w:rPr>
          <w:sz w:val="22"/>
          <w:rtl w:val="1"/>
          <w:rFonts w:ascii="Arial" w:hAnsi="Arial" w:cs="Arial"/>
          <w:szCs w:val="22"/>
        </w:rPr>
        <w:t xml:space="preserve">   ב. צוות המורים</w:t>
      </w:r>
    </w:p>
    <w:p>
      <w:pPr>
        <w:bidi w:val="1"/>
        <w:spacing w:after="20"/>
        <w:jc w:val="right"/>
      </w:pPr>
      <w:r>
        <w:rPr>
          <w:sz w:val="22"/>
          <w:rtl w:val="1"/>
          <w:rFonts w:ascii="Arial" w:hAnsi="Arial" w:cs="Arial"/>
          <w:szCs w:val="22"/>
        </w:rPr>
        <w:t xml:space="preserve">   ג. תלמידי כיתה ח׳</w:t>
      </w:r>
    </w:p>
    <w:p>
      <w:pPr>
        <w:bidi w:val="1"/>
        <w:spacing w:after="40"/>
        <w:jc w:val="right"/>
      </w:pPr>
      <w:r>
        <w:rPr>
          <w:b/>
          <w:sz w:val="23"/>
          <w:rtl w:val="1"/>
          <w:rFonts w:ascii="Arial" w:hAnsi="Arial" w:cs="Arial"/>
          <w:bCs/>
          <w:szCs w:val="23"/>
        </w:rPr>
        <w:t>7. הסקה: מה אפשר להסיק על התלמידים מכך שהקימו "תורנות גינה"?   [🕵️ שאלת הסקה – בין השורות]</w:t>
      </w:r>
    </w:p>
    <w:p>
      <w:pPr>
        <w:bidi w:val="1"/>
        <w:spacing w:after="20"/>
        <w:jc w:val="right"/>
      </w:pPr>
      <w:r>
        <w:rPr>
          <w:sz w:val="22"/>
          <w:rtl w:val="1"/>
          <w:rFonts w:ascii="Arial" w:hAnsi="Arial" w:cs="Arial"/>
          <w:szCs w:val="22"/>
        </w:rPr>
        <w:t xml:space="preserve">   א. הם אחראים ויודעים לעבוד יחד</w:t>
      </w:r>
    </w:p>
    <w:p>
      <w:pPr>
        <w:bidi w:val="1"/>
        <w:spacing w:after="20"/>
        <w:jc w:val="right"/>
      </w:pPr>
      <w:r>
        <w:rPr>
          <w:sz w:val="22"/>
          <w:rtl w:val="1"/>
          <w:rFonts w:ascii="Arial" w:hAnsi="Arial" w:cs="Arial"/>
          <w:szCs w:val="22"/>
        </w:rPr>
        <w:t xml:space="preserve">   ב. בבית הספר אין מים</w:t>
      </w:r>
    </w:p>
    <w:p>
      <w:pPr>
        <w:bidi w:val="1"/>
        <w:spacing w:after="20"/>
        <w:jc w:val="right"/>
      </w:pPr>
      <w:r>
        <w:rPr>
          <w:sz w:val="22"/>
          <w:rtl w:val="1"/>
          <w:rFonts w:ascii="Arial" w:hAnsi="Arial" w:cs="Arial"/>
          <w:szCs w:val="22"/>
        </w:rPr>
        <w:t xml:space="preserve">   ג. הם לא אוהבים את הגינה</w:t>
      </w:r>
    </w:p>
    <w:p>
      <w:pPr>
        <w:bidi w:val="1"/>
        <w:spacing w:after="40"/>
        <w:jc w:val="right"/>
      </w:pPr>
      <w:r>
        <w:rPr>
          <w:b/>
          <w:sz w:val="23"/>
          <w:rtl w:val="1"/>
          <w:rFonts w:ascii="Arial" w:hAnsi="Arial" w:cs="Arial"/>
          <w:bCs/>
          <w:szCs w:val="23"/>
        </w:rPr>
        <w:t>8. האם כדאי לבנות גינה על גג בכל בית ספר? כתבו טענה + נימוק + דוגמה.   [✍️ תשובה מלאה: טענה + נימוק + דוגמה]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9. כתבו פסקה (4–6 משפטים): איזה כרטיס ניווט הכי עוזר לכם, ובאיזה שלב של הקריאה? הביאו דוגמה.   [✍️ תשובה מלאה: טענה + נימוק + דוגמה]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כרטיס אחד שאשתמש בו מחר:</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מה עושים כשנתקעים? (כרטיס SOS)</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כרטיסיות ניווט על טקסט קצר · חט״ב רגיל</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