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right"/>
      </w:pPr>
      <w:r>
        <w:rPr>
          <w:b/>
          <w:color w:val="C92A2A"/>
          <w:sz w:val="44"/>
          <w:rtl w:val="1"/>
          <w:rFonts w:ascii="Arial" w:hAnsi="Arial" w:cs="Arial"/>
          <w:bCs/>
          <w:szCs w:val="44"/>
        </w:rPr>
        <w:t>🃏 כרטיסיות ניווט על טקסט קצר</w:t>
      </w:r>
    </w:p>
    <w:p>
      <w:pPr>
        <w:bidi w:val="1"/>
        <w:spacing w:after="60"/>
        <w:jc w:val="right"/>
      </w:pPr>
      <w:r>
        <w:rPr>
          <w:color w:val="495057"/>
          <w:sz w:val="22"/>
          <w:rtl w:val="1"/>
          <w:rFonts w:ascii="Arial" w:hAnsi="Arial" w:cs="Arial"/>
          <w:szCs w:val="22"/>
        </w:rPr>
        <w:t>דף תרגול · חט״ב – עולים חדשים · כרטיסיות ניווט בטקסט</w:t>
      </w:r>
    </w:p>
    <w:p>
      <w:pPr>
        <w:bidi w:val="1"/>
        <w:spacing w:after="60"/>
        <w:jc w:val="right"/>
      </w:pPr>
      <w:r>
        <w:rPr>
          <w:b/>
          <w:color w:val="C92A2A"/>
          <w:sz w:val="24"/>
          <w:rtl w:val="1"/>
          <w:rFonts w:ascii="Arial" w:hAnsi="Arial" w:cs="Arial"/>
          <w:bCs/>
          <w:szCs w:val="24"/>
        </w:rPr>
        <w:t>👩‍🏫 מהדורה למורה – עם תשובות</w:t>
      </w:r>
    </w:p>
    <w:tbl>
      <w:tblPr>
        <w:tblStyle w:val="TableGrid"/>
        <w:tblW w:type="auto" w:w="0"/>
        <w:tblLook w:firstColumn="1" w:firstRow="1" w:lastColumn="0" w:lastRow="0" w:noHBand="0" w:noVBand="1" w:val="04A0"/>
        <w:bidiVisual/>
        <w:tblBorders>
          <w:top w:val="dashed" w:sz="12" w:color="495057"/>
          <w:left w:val="dashed" w:sz="12" w:color="495057"/>
          <w:bottom w:val="dashed" w:sz="12" w:color="495057"/>
          <w:right w:val="dashed" w:sz="12" w:color="495057"/>
        </w:tblBorders>
      </w:tblPr>
      <w:tblGrid>
        <w:gridCol w:w="10318"/>
      </w:tblGrid>
      <w:tr>
        <w:tc>
          <w:tcPr>
            <w:tcW w:type="dxa" w:w="10318"/>
            <w:shd w:val="clear" w:color="auto" w:fill="FFF3BF"/>
          </w:tcPr>
          <w:p>
            <w:pPr>
              <w:bidi w:val="1"/>
              <w:spacing w:after="20"/>
              <w:jc w:val="right"/>
            </w:pPr>
            <w:r>
              <w:rPr>
                <w:b/>
                <w:sz w:val="22"/>
                <w:rtl w:val="1"/>
                <w:rFonts w:ascii="Arial" w:hAnsi="Arial" w:cs="Arial"/>
                <w:bCs/>
                <w:szCs w:val="22"/>
              </w:rPr>
              <w:t>למורה: הדפיסו מעמוד "דף לתלמיד" והלאה. התשובות מסומנות באדום. מומלץ לחלק לתלמידים גם את כרטיסי הניווט המודפסים (או להציג את החפיסה האינטראקטיבית).</w:t>
            </w:r>
          </w:p>
        </w:tc>
      </w:tr>
    </w:tbl>
    <w:p>
      <w:pPr>
        <w:bidi w:val="1"/>
        <w:spacing w:after="60"/>
        <w:jc w:val="right"/>
      </w:pPr>
      <w:r>
        <w:rPr>
          <w:sz w:val="22"/>
          <w:rtl w:val="1"/>
          <w:rFonts w:ascii="Arial" w:hAnsi="Arial" w:cs="Arial"/>
          <w:szCs w:val="22"/>
        </w:rPr>
        <w:t>מסלול עולים: מילון חזותי (אימוג׳י), שורת "בקצרה" פשוטה לכל פסקה, בנק מילות קישור צבעוני ופתיחי משפט.</w:t>
      </w:r>
    </w:p>
    <w:p>
      <w:pPr>
        <w:bidi w:val="1"/>
        <w:spacing w:after="60"/>
        <w:jc w:val="right"/>
      </w:pPr>
      <w:r>
        <w:rPr>
          <w:b/>
          <w:color w:val="5F3DC4"/>
          <w:sz w:val="21"/>
          <w:rtl w:val="1"/>
          <w:rFonts w:ascii="Arial" w:hAnsi="Arial" w:cs="Arial"/>
          <w:bCs/>
          <w:szCs w:val="21"/>
        </w:rPr>
        <w:t>🧭 לפני הקריאה  ➜  🚶 בזמן הקריאה  ➜  🏁 אחרי הקריאה  ➜  🆘 כרטיסי SOS</w:t>
      </w:r>
    </w:p>
    <w:p>
      <w:pPr>
        <w:pStyle w:val="Heading2"/>
        <w:bidi w:val="1"/>
        <w:jc w:val="right"/>
      </w:pPr>
      <w:r>
        <w:rPr>
          <w:b/>
          <w:color w:val="1F2340"/>
          <w:sz w:val="27"/>
          <w:rtl w:val="1"/>
          <w:rFonts w:ascii="Arial" w:hAnsi="Arial" w:cs="Arial"/>
          <w:bCs/>
          <w:szCs w:val="27"/>
        </w:rPr>
        <w:t>📖 הטקסט</w:t>
      </w:r>
    </w:p>
    <w:p>
      <w:pPr>
        <w:pStyle w:val="Heading3"/>
        <w:bidi w:val="1"/>
        <w:jc w:val="right"/>
      </w:pPr>
      <w:r>
        <w:rPr>
          <w:b/>
          <w:color w:val="1F2340"/>
          <w:sz w:val="24"/>
          <w:rtl w:val="1"/>
          <w:rFonts w:ascii="Arial" w:hAnsi="Arial" w:cs="Arial"/>
          <w:bCs/>
          <w:szCs w:val="24"/>
        </w:rPr>
        <w:t>📖 גינה על הגג – איך גג מאובק הפך לכיתה ירוקה</w:t>
      </w:r>
    </w:p>
    <w:p>
      <w:pPr>
        <w:bidi w:val="1"/>
        <w:spacing w:after="80"/>
        <w:jc w:val="right"/>
      </w:pPr>
      <w:r>
        <w:rPr>
          <w:sz w:val="25"/>
          <w:rtl w:val="1"/>
          <w:rFonts w:ascii="Arial" w:hAnsi="Arial" w:cs="Arial"/>
          <w:szCs w:val="25"/>
        </w:rPr>
        <w:t>(1) לפני שנתיים היה הגג של אחת מחטיבות הביניים בצפון מקום מאובק שאיש לא עלה אליו. היום צומחים בו עגבניות, נענע וחמניות. את הרעיון הציעו תלמידי כיתה ח׳, שרצו לגדל ירקות אך לא מצאו מקום פנוי בחצר.</w:t>
      </w:r>
    </w:p>
    <w:p>
      <w:pPr>
        <w:bidi w:val="1"/>
        <w:spacing w:after="80"/>
        <w:jc w:val="right"/>
      </w:pPr>
      <w:r>
        <w:rPr>
          <w:sz w:val="25"/>
          <w:rtl w:val="1"/>
          <w:rFonts w:ascii="Arial" w:hAnsi="Arial" w:cs="Arial"/>
          <w:szCs w:val="25"/>
        </w:rPr>
        <w:t>(2) הגינה מועילה לא רק לתלמידים. צמחים על גג סופגים חלק מקרני השמש, ולכן הם יכולים להפחית את החום שנכנס לכיתות שמתחת. בנוסף, פרפרים ודבורים מגיעים לפרחים, וכך הגג הופך לבית קטן לבעלי חיים.</w:t>
      </w:r>
    </w:p>
    <w:p>
      <w:pPr>
        <w:bidi w:val="1"/>
        <w:spacing w:after="80"/>
        <w:jc w:val="right"/>
      </w:pPr>
      <w:r>
        <w:rPr>
          <w:sz w:val="25"/>
          <w:rtl w:val="1"/>
          <w:rFonts w:ascii="Arial" w:hAnsi="Arial" w:cs="Arial"/>
          <w:szCs w:val="25"/>
        </w:rPr>
        <w:t>(3) עם זאת, לא הכול פשוט. בקיץ צריך להשקות כמעט כל יום, ובחופשות מישהו חייב לדאוג לגינה. לכן הקימו התלמידים "תורנות גינה": בכל שבוע אחראית עליה קבוצה אחרת.</w:t>
      </w:r>
    </w:p>
    <w:p>
      <w:pPr>
        <w:bidi w:val="1"/>
        <w:spacing w:after="80"/>
        <w:jc w:val="right"/>
      </w:pPr>
      <w:r>
        <w:rPr>
          <w:sz w:val="25"/>
          <w:rtl w:val="1"/>
          <w:rFonts w:ascii="Arial" w:hAnsi="Arial" w:cs="Arial"/>
          <w:szCs w:val="25"/>
        </w:rPr>
        <w:t>(4) נוי, תלמידה בכיתה ח׳, אומרת: "זה הדבר הכי טוב שקרה לבית הספר. פתאום יש לנו סיבה לעלות למעלה."</w:t>
      </w:r>
    </w:p>
    <w:p>
      <w:pPr>
        <w:pStyle w:val="Heading3"/>
        <w:bidi w:val="1"/>
        <w:jc w:val="right"/>
      </w:pPr>
      <w:r>
        <w:rPr>
          <w:b/>
          <w:color w:val="1F2340"/>
          <w:sz w:val="24"/>
          <w:rtl w:val="1"/>
          <w:rFonts w:ascii="Arial" w:hAnsi="Arial" w:cs="Arial"/>
          <w:bCs/>
          <w:szCs w:val="24"/>
        </w:rPr>
        <w:t>📒 מילון חזותי</w:t>
      </w:r>
    </w:p>
    <w:tbl>
      <w:tblPr>
        <w:tblStyle w:val="TableGrid"/>
        <w:tblW w:type="auto" w:w="0"/>
        <w:tblLook w:firstColumn="1" w:firstRow="1" w:lastColumn="0" w:lastRow="0" w:noHBand="0" w:noVBand="1" w:val="04A0"/>
        <w:bidiVisual/>
      </w:tblPr>
      <w:tblGrid>
        <w:gridCol w:w="3439"/>
        <w:gridCol w:w="3439"/>
        <w:gridCol w:w="3439"/>
      </w:tblGrid>
      <w:tr>
        <w:tc>
          <w:tcPr>
            <w:tcW w:type="dxa" w:w="3439"/>
            <w:shd w:val="clear" w:color="auto" w:fill="E3FAFC"/>
          </w:tcPr>
          <w:p>
            <w:pPr>
              <w:bidi w:val="1"/>
              <w:spacing w:after="20"/>
              <w:jc w:val="right"/>
            </w:pPr>
            <w:r>
              <w:rPr>
                <w:b/>
                <w:sz w:val="22"/>
                <w:rtl w:val="1"/>
                <w:rFonts w:ascii="Arial" w:hAnsi="Arial" w:cs="Arial"/>
                <w:bCs/>
                <w:szCs w:val="22"/>
              </w:rPr>
              <w:t>מילה</w:t>
            </w:r>
          </w:p>
        </w:tc>
        <w:tc>
          <w:tcPr>
            <w:tcW w:type="dxa" w:w="3439"/>
            <w:shd w:val="clear" w:color="auto" w:fill="E3FAFC"/>
          </w:tcPr>
          <w:p>
            <w:pPr>
              <w:bidi w:val="1"/>
              <w:spacing w:after="20"/>
              <w:jc w:val="right"/>
            </w:pPr>
            <w:r>
              <w:rPr>
                <w:b/>
                <w:sz w:val="22"/>
                <w:rtl w:val="1"/>
                <w:rFonts w:ascii="Arial" w:hAnsi="Arial" w:cs="Arial"/>
                <w:bCs/>
                <w:szCs w:val="22"/>
              </w:rPr>
              <w:t>סמל</w:t>
            </w:r>
          </w:p>
        </w:tc>
        <w:tc>
          <w:tcPr>
            <w:tcW w:type="dxa" w:w="3439"/>
            <w:shd w:val="clear" w:color="auto" w:fill="E3FAFC"/>
          </w:tcPr>
          <w:p>
            <w:pPr>
              <w:bidi w:val="1"/>
              <w:spacing w:after="20"/>
              <w:jc w:val="right"/>
            </w:pPr>
            <w:r>
              <w:rPr>
                <w:b/>
                <w:sz w:val="22"/>
                <w:rtl w:val="1"/>
                <w:rFonts w:ascii="Arial" w:hAnsi="Arial" w:cs="Arial"/>
                <w:bCs/>
                <w:szCs w:val="22"/>
              </w:rPr>
              <w:t>פירוש</w:t>
            </w:r>
          </w:p>
        </w:tc>
      </w:tr>
      <w:tr>
        <w:tc>
          <w:tcPr>
            <w:tcW w:type="dxa" w:w="3439"/>
          </w:tcPr>
          <w:p>
            <w:pPr>
              <w:bidi w:val="1"/>
              <w:spacing w:after="20"/>
              <w:jc w:val="right"/>
            </w:pPr>
            <w:r>
              <w:rPr>
                <w:sz w:val="22"/>
                <w:rtl w:val="1"/>
                <w:rFonts w:ascii="Arial" w:hAnsi="Arial" w:cs="Arial"/>
                <w:szCs w:val="22"/>
              </w:rPr>
              <w:t>סופגים</w:t>
            </w:r>
          </w:p>
        </w:tc>
        <w:tc>
          <w:tcPr>
            <w:tcW w:type="dxa" w:w="3439"/>
          </w:tcPr>
          <w:p>
            <w:pPr>
              <w:bidi w:val="1"/>
              <w:spacing w:after="20"/>
              <w:jc w:val="right"/>
            </w:pPr>
            <w:r>
              <w:rPr>
                <w:sz w:val="22"/>
                <w:rtl w:val="1"/>
                <w:rFonts w:ascii="Arial" w:hAnsi="Arial" w:cs="Arial"/>
                <w:szCs w:val="22"/>
              </w:rPr>
              <w:t>🧽</w:t>
            </w:r>
          </w:p>
        </w:tc>
        <w:tc>
          <w:tcPr>
            <w:tcW w:type="dxa" w:w="3439"/>
          </w:tcPr>
          <w:p>
            <w:pPr>
              <w:bidi w:val="1"/>
              <w:spacing w:after="20"/>
              <w:jc w:val="right"/>
            </w:pPr>
            <w:r>
              <w:rPr>
                <w:sz w:val="22"/>
                <w:rtl w:val="1"/>
                <w:rFonts w:ascii="Arial" w:hAnsi="Arial" w:cs="Arial"/>
                <w:szCs w:val="22"/>
              </w:rPr>
              <w:t>קולטים, לוקחים לתוכם</w:t>
            </w:r>
          </w:p>
        </w:tc>
      </w:tr>
      <w:tr>
        <w:tc>
          <w:tcPr>
            <w:tcW w:type="dxa" w:w="3439"/>
          </w:tcPr>
          <w:p>
            <w:pPr>
              <w:bidi w:val="1"/>
              <w:spacing w:after="20"/>
              <w:jc w:val="right"/>
            </w:pPr>
            <w:r>
              <w:rPr>
                <w:sz w:val="22"/>
                <w:rtl w:val="1"/>
                <w:rFonts w:ascii="Arial" w:hAnsi="Arial" w:cs="Arial"/>
                <w:szCs w:val="22"/>
              </w:rPr>
              <w:t>להפחית</w:t>
            </w:r>
          </w:p>
        </w:tc>
        <w:tc>
          <w:tcPr>
            <w:tcW w:type="dxa" w:w="3439"/>
          </w:tcPr>
          <w:p>
            <w:pPr>
              <w:bidi w:val="1"/>
              <w:spacing w:after="20"/>
              <w:jc w:val="right"/>
            </w:pPr>
            <w:r>
              <w:rPr>
                <w:sz w:val="22"/>
                <w:rtl w:val="1"/>
                <w:rFonts w:ascii="Arial" w:hAnsi="Arial" w:cs="Arial"/>
                <w:szCs w:val="22"/>
              </w:rPr>
              <w:t>⬇️</w:t>
            </w:r>
          </w:p>
        </w:tc>
        <w:tc>
          <w:tcPr>
            <w:tcW w:type="dxa" w:w="3439"/>
          </w:tcPr>
          <w:p>
            <w:pPr>
              <w:bidi w:val="1"/>
              <w:spacing w:after="20"/>
              <w:jc w:val="right"/>
            </w:pPr>
            <w:r>
              <w:rPr>
                <w:sz w:val="22"/>
                <w:rtl w:val="1"/>
                <w:rFonts w:ascii="Arial" w:hAnsi="Arial" w:cs="Arial"/>
                <w:szCs w:val="22"/>
              </w:rPr>
              <w:t>לעשות שיהיה פחות</w:t>
            </w:r>
          </w:p>
        </w:tc>
      </w:tr>
      <w:tr>
        <w:tc>
          <w:tcPr>
            <w:tcW w:type="dxa" w:w="3439"/>
          </w:tcPr>
          <w:p>
            <w:pPr>
              <w:bidi w:val="1"/>
              <w:spacing w:after="20"/>
              <w:jc w:val="right"/>
            </w:pPr>
            <w:r>
              <w:rPr>
                <w:sz w:val="22"/>
                <w:rtl w:val="1"/>
                <w:rFonts w:ascii="Arial" w:hAnsi="Arial" w:cs="Arial"/>
                <w:szCs w:val="22"/>
              </w:rPr>
              <w:t>ערוגה</w:t>
            </w:r>
          </w:p>
        </w:tc>
        <w:tc>
          <w:tcPr>
            <w:tcW w:type="dxa" w:w="3439"/>
          </w:tcPr>
          <w:p>
            <w:pPr>
              <w:bidi w:val="1"/>
              <w:spacing w:after="20"/>
              <w:jc w:val="right"/>
            </w:pPr>
            <w:r>
              <w:rPr>
                <w:sz w:val="22"/>
                <w:rtl w:val="1"/>
                <w:rFonts w:ascii="Arial" w:hAnsi="Arial" w:cs="Arial"/>
                <w:szCs w:val="22"/>
              </w:rPr>
              <w:t>🌱</w:t>
            </w:r>
          </w:p>
        </w:tc>
        <w:tc>
          <w:tcPr>
            <w:tcW w:type="dxa" w:w="3439"/>
          </w:tcPr>
          <w:p>
            <w:pPr>
              <w:bidi w:val="1"/>
              <w:spacing w:after="20"/>
              <w:jc w:val="right"/>
            </w:pPr>
            <w:r>
              <w:rPr>
                <w:sz w:val="22"/>
                <w:rtl w:val="1"/>
                <w:rFonts w:ascii="Arial" w:hAnsi="Arial" w:cs="Arial"/>
                <w:szCs w:val="22"/>
              </w:rPr>
              <w:t>מקום קטן לשתילה</w:t>
            </w:r>
          </w:p>
        </w:tc>
      </w:tr>
      <w:tr>
        <w:tc>
          <w:tcPr>
            <w:tcW w:type="dxa" w:w="3439"/>
          </w:tcPr>
          <w:p>
            <w:pPr>
              <w:bidi w:val="1"/>
              <w:spacing w:after="20"/>
              <w:jc w:val="right"/>
            </w:pPr>
            <w:r>
              <w:rPr>
                <w:sz w:val="22"/>
                <w:rtl w:val="1"/>
                <w:rFonts w:ascii="Arial" w:hAnsi="Arial" w:cs="Arial"/>
                <w:szCs w:val="22"/>
              </w:rPr>
              <w:t>תורנות</w:t>
            </w:r>
          </w:p>
        </w:tc>
        <w:tc>
          <w:tcPr>
            <w:tcW w:type="dxa" w:w="3439"/>
          </w:tcPr>
          <w:p>
            <w:pPr>
              <w:bidi w:val="1"/>
              <w:spacing w:after="20"/>
              <w:jc w:val="right"/>
            </w:pPr>
            <w:r>
              <w:rPr>
                <w:sz w:val="22"/>
                <w:rtl w:val="1"/>
                <w:rFonts w:ascii="Arial" w:hAnsi="Arial" w:cs="Arial"/>
                <w:szCs w:val="22"/>
              </w:rPr>
              <w:t>🔁</w:t>
            </w:r>
          </w:p>
        </w:tc>
        <w:tc>
          <w:tcPr>
            <w:tcW w:type="dxa" w:w="3439"/>
          </w:tcPr>
          <w:p>
            <w:pPr>
              <w:bidi w:val="1"/>
              <w:spacing w:after="20"/>
              <w:jc w:val="right"/>
            </w:pPr>
            <w:r>
              <w:rPr>
                <w:sz w:val="22"/>
                <w:rtl w:val="1"/>
                <w:rFonts w:ascii="Arial" w:hAnsi="Arial" w:cs="Arial"/>
                <w:szCs w:val="22"/>
              </w:rPr>
              <w:t>כל פעם אחרים אחראים</w:t>
            </w:r>
          </w:p>
        </w:tc>
      </w:tr>
    </w:tbl>
    <w:p>
      <w:pPr>
        <w:pStyle w:val="Heading3"/>
        <w:bidi w:val="1"/>
        <w:jc w:val="right"/>
      </w:pPr>
      <w:r>
        <w:rPr>
          <w:b/>
          <w:color w:val="1F2340"/>
          <w:sz w:val="24"/>
          <w:rtl w:val="1"/>
          <w:rFonts w:ascii="Arial" w:hAnsi="Arial" w:cs="Arial"/>
          <w:bCs/>
          <w:szCs w:val="24"/>
        </w:rPr>
        <w:t>🔗 בנק מילות קישור</w:t>
      </w:r>
    </w:p>
    <w:p>
      <w:pPr>
        <w:bidi w:val="1"/>
        <w:spacing w:after="20"/>
        <w:jc w:val="right"/>
      </w:pPr>
      <w:r>
        <w:rPr>
          <w:b/>
          <w:color w:val="2F9E44"/>
          <w:sz w:val="22"/>
          <w:rtl w:val="1"/>
          <w:rFonts w:ascii="Arial" w:hAnsi="Arial" w:cs="Arial"/>
          <w:bCs/>
          <w:szCs w:val="22"/>
        </w:rPr>
        <w:t>➕ הוספה: בנוסף, גם, וכן, יתר על כן</w:t>
      </w:r>
    </w:p>
    <w:p>
      <w:pPr>
        <w:bidi w:val="1"/>
        <w:spacing w:after="20"/>
        <w:jc w:val="right"/>
      </w:pPr>
      <w:r>
        <w:rPr>
          <w:b/>
          <w:color w:val="E03131"/>
          <w:sz w:val="22"/>
          <w:rtl w:val="1"/>
          <w:rFonts w:ascii="Arial" w:hAnsi="Arial" w:cs="Arial"/>
          <w:bCs/>
          <w:szCs w:val="22"/>
        </w:rPr>
        <w:t>↔️ ניגוד: אבל, אולם, עם זאת, לעומת, ואילו</w:t>
      </w:r>
    </w:p>
    <w:p>
      <w:pPr>
        <w:bidi w:val="1"/>
        <w:spacing w:after="20"/>
        <w:jc w:val="right"/>
      </w:pPr>
      <w:r>
        <w:rPr>
          <w:b/>
          <w:color w:val="2B8A3E"/>
          <w:sz w:val="22"/>
          <w:rtl w:val="1"/>
          <w:rFonts w:ascii="Arial" w:hAnsi="Arial" w:cs="Arial"/>
          <w:bCs/>
          <w:szCs w:val="22"/>
        </w:rPr>
        <w:t>❓ סיבה: כי, מפני ש, משום ש, בגלל</w:t>
      </w:r>
    </w:p>
    <w:p>
      <w:pPr>
        <w:bidi w:val="1"/>
        <w:spacing w:after="20"/>
        <w:jc w:val="right"/>
      </w:pPr>
      <w:r>
        <w:rPr>
          <w:b/>
          <w:color w:val="1C7ED6"/>
          <w:sz w:val="22"/>
          <w:rtl w:val="1"/>
          <w:rFonts w:ascii="Arial" w:hAnsi="Arial" w:cs="Arial"/>
          <w:bCs/>
          <w:szCs w:val="22"/>
        </w:rPr>
        <w:t>➡️ תוצאה: לכן, לפיכך, כך ש, כתוצאה מכך</w:t>
      </w:r>
    </w:p>
    <w:p>
      <w:pPr>
        <w:bidi w:val="1"/>
        <w:spacing w:after="20"/>
        <w:jc w:val="right"/>
      </w:pPr>
      <w:r>
        <w:rPr>
          <w:b/>
          <w:color w:val="7048E8"/>
          <w:sz w:val="22"/>
          <w:rtl w:val="1"/>
          <w:rFonts w:ascii="Arial" w:hAnsi="Arial" w:cs="Arial"/>
          <w:bCs/>
          <w:szCs w:val="22"/>
        </w:rPr>
        <w:t>👉 דוגמה: למשל, לדוגמה, כגון</w:t>
      </w:r>
    </w:p>
    <w:p>
      <w:pPr>
        <w:pStyle w:val="Heading2"/>
        <w:bidi w:val="1"/>
        <w:jc w:val="right"/>
      </w:pPr>
      <w:r>
        <w:rPr>
          <w:b/>
          <w:color w:val="7048E8"/>
          <w:sz w:val="27"/>
          <w:rtl w:val="1"/>
          <w:rFonts w:ascii="Arial" w:hAnsi="Arial" w:cs="Arial"/>
          <w:bCs/>
          <w:szCs w:val="27"/>
        </w:rPr>
        <w:t>חלק א׳ – 🧭 לפני הקריאה</w:t>
      </w:r>
    </w:p>
    <w:p>
      <w:pPr>
        <w:bidi w:val="1"/>
        <w:spacing w:after="40"/>
        <w:jc w:val="right"/>
      </w:pPr>
      <w:r>
        <w:rPr>
          <w:b/>
          <w:sz w:val="23"/>
          <w:rtl w:val="1"/>
          <w:rFonts w:ascii="Arial" w:hAnsi="Arial" w:cs="Arial"/>
          <w:bCs/>
          <w:szCs w:val="23"/>
        </w:rPr>
        <w:t>1. מה מבטיחה כותרת המשנה "איך גג מאובק הפך לכיתה ירוקה"?   [🏷️ כותרת – מה היא מבטיחה?]</w:t>
      </w:r>
    </w:p>
    <w:p>
      <w:pPr>
        <w:bidi w:val="1"/>
        <w:spacing w:after="20"/>
        <w:jc w:val="right"/>
      </w:pPr>
      <w:r>
        <w:rPr>
          <w:sz w:val="22"/>
          <w:rtl w:val="1"/>
          <w:rFonts w:ascii="Arial" w:hAnsi="Arial" w:cs="Arial"/>
          <w:szCs w:val="22"/>
        </w:rPr>
        <w:t xml:space="preserve">   א. רשימה של צמחים</w:t>
      </w:r>
    </w:p>
    <w:p>
      <w:pPr>
        <w:bidi w:val="1"/>
        <w:spacing w:after="20"/>
        <w:jc w:val="right"/>
      </w:pPr>
      <w:r>
        <w:rPr>
          <w:sz w:val="22"/>
          <w:rtl w:val="1"/>
          <w:rFonts w:ascii="Arial" w:hAnsi="Arial" w:cs="Arial"/>
          <w:szCs w:val="22"/>
        </w:rPr>
        <w:t xml:space="preserve">   ב. הוראות השקיה</w:t>
      </w:r>
    </w:p>
    <w:p>
      <w:pPr>
        <w:bidi w:val="1"/>
        <w:spacing w:after="20"/>
        <w:jc w:val="right"/>
      </w:pPr>
      <w:r>
        <w:rPr>
          <w:b/>
          <w:color w:val="C92A2A"/>
          <w:sz w:val="22"/>
          <w:rtl w:val="1"/>
          <w:rFonts w:ascii="Arial" w:hAnsi="Arial" w:cs="Arial"/>
          <w:bCs/>
          <w:szCs w:val="22"/>
        </w:rPr>
        <w:t xml:space="preserve">   ג. סיפור של שינוי – לפני ואחרי ✔</w:t>
      </w:r>
    </w:p>
    <w:p>
      <w:pPr>
        <w:bidi w:val="1"/>
        <w:spacing w:after="40"/>
        <w:jc w:val="right"/>
      </w:pPr>
      <w:r>
        <w:rPr>
          <w:b/>
          <w:sz w:val="23"/>
          <w:rtl w:val="1"/>
          <w:rFonts w:ascii="Arial" w:hAnsi="Arial" w:cs="Arial"/>
          <w:bCs/>
          <w:szCs w:val="23"/>
        </w:rPr>
        <w:t>2. איזה סוג טקסט זה?   [🎯 סוגה ומטרה – איזה טקסט זה?]</w:t>
      </w:r>
    </w:p>
    <w:p>
      <w:pPr>
        <w:bidi w:val="1"/>
        <w:spacing w:after="20"/>
        <w:jc w:val="right"/>
      </w:pPr>
      <w:r>
        <w:rPr>
          <w:sz w:val="22"/>
          <w:rtl w:val="1"/>
          <w:rFonts w:ascii="Arial" w:hAnsi="Arial" w:cs="Arial"/>
          <w:szCs w:val="22"/>
        </w:rPr>
        <w:t xml:space="preserve">   א. סיפור דמיוני</w:t>
      </w:r>
    </w:p>
    <w:p>
      <w:pPr>
        <w:bidi w:val="1"/>
        <w:spacing w:after="20"/>
        <w:jc w:val="right"/>
      </w:pPr>
      <w:r>
        <w:rPr>
          <w:sz w:val="22"/>
          <w:rtl w:val="1"/>
          <w:rFonts w:ascii="Arial" w:hAnsi="Arial" w:cs="Arial"/>
          <w:szCs w:val="22"/>
        </w:rPr>
        <w:t xml:space="preserve">   ב. שיר</w:t>
      </w:r>
    </w:p>
    <w:p>
      <w:pPr>
        <w:bidi w:val="1"/>
        <w:spacing w:after="20"/>
        <w:jc w:val="right"/>
      </w:pPr>
      <w:r>
        <w:rPr>
          <w:b/>
          <w:color w:val="C92A2A"/>
          <w:sz w:val="22"/>
          <w:rtl w:val="1"/>
          <w:rFonts w:ascii="Arial" w:hAnsi="Arial" w:cs="Arial"/>
          <w:bCs/>
          <w:szCs w:val="22"/>
        </w:rPr>
        <w:t xml:space="preserve">   ג. טקסט מידעי בסגנון כתבה ✔</w:t>
      </w:r>
    </w:p>
    <w:p>
      <w:pPr>
        <w:pStyle w:val="Heading2"/>
        <w:bidi w:val="1"/>
        <w:jc w:val="right"/>
      </w:pPr>
      <w:r>
        <w:rPr>
          <w:b/>
          <w:color w:val="1C7ED6"/>
          <w:sz w:val="27"/>
          <w:rtl w:val="1"/>
          <w:rFonts w:ascii="Arial" w:hAnsi="Arial" w:cs="Arial"/>
          <w:bCs/>
          <w:szCs w:val="27"/>
        </w:rPr>
        <w:t>חלק ב׳ – 🚶 בזמן הקריאה</w:t>
      </w:r>
    </w:p>
    <w:p>
      <w:pPr>
        <w:bidi w:val="1"/>
        <w:spacing w:after="40"/>
        <w:jc w:val="right"/>
      </w:pPr>
      <w:r>
        <w:rPr>
          <w:b/>
          <w:sz w:val="23"/>
          <w:rtl w:val="1"/>
          <w:rFonts w:ascii="Arial" w:hAnsi="Arial" w:cs="Arial"/>
          <w:bCs/>
          <w:szCs w:val="23"/>
        </w:rPr>
        <w:t>3. כתבו כותרת קצרה (2–4 מילים) לכל פסקה.   [💡 הרעיון המרכזי בפסקה]</w:t>
      </w:r>
    </w:p>
    <w:p>
      <w:pPr>
        <w:bidi w:val="1"/>
        <w:spacing w:after="60"/>
        <w:jc w:val="right"/>
      </w:pPr>
      <w:r>
        <w:rPr>
          <w:b/>
          <w:color w:val="C92A2A"/>
          <w:sz w:val="22"/>
          <w:rtl w:val="1"/>
          <w:rFonts w:ascii="Arial" w:hAnsi="Arial" w:cs="Arial"/>
          <w:bCs/>
          <w:szCs w:val="22"/>
        </w:rPr>
        <w:t>✔ 1 – איך הכול התחיל · 2 – יתרונות הגינה · 3 – קשיים ופתרון · 4 – דעה של תלמידה</w:t>
      </w:r>
    </w:p>
    <w:p>
      <w:pPr>
        <w:bidi w:val="1"/>
        <w:spacing w:after="40"/>
        <w:jc w:val="right"/>
      </w:pPr>
      <w:r>
        <w:rPr>
          <w:b/>
          <w:sz w:val="23"/>
          <w:rtl w:val="1"/>
          <w:rFonts w:ascii="Arial" w:hAnsi="Arial" w:cs="Arial"/>
          <w:bCs/>
          <w:szCs w:val="23"/>
        </w:rPr>
        <w:t>4. "עם זאת, לא הכול פשוט" (פסקה 3). מה מסמנת "עם זאת"?   [🔗 מילות קישור – תמרורים בטקסט]</w:t>
      </w:r>
    </w:p>
    <w:p>
      <w:pPr>
        <w:bidi w:val="1"/>
        <w:spacing w:after="20"/>
        <w:jc w:val="right"/>
      </w:pPr>
      <w:r>
        <w:rPr>
          <w:sz w:val="22"/>
          <w:rtl w:val="1"/>
          <w:rFonts w:ascii="Arial" w:hAnsi="Arial" w:cs="Arial"/>
          <w:szCs w:val="22"/>
        </w:rPr>
        <w:t xml:space="preserve">   א. סיבה</w:t>
      </w:r>
    </w:p>
    <w:p>
      <w:pPr>
        <w:bidi w:val="1"/>
        <w:spacing w:after="20"/>
        <w:jc w:val="right"/>
      </w:pPr>
      <w:r>
        <w:rPr>
          <w:b/>
          <w:color w:val="C92A2A"/>
          <w:sz w:val="22"/>
          <w:rtl w:val="1"/>
          <w:rFonts w:ascii="Arial" w:hAnsi="Arial" w:cs="Arial"/>
          <w:bCs/>
          <w:szCs w:val="22"/>
        </w:rPr>
        <w:t xml:space="preserve">   ב. ניגוד ✔</w:t>
      </w:r>
    </w:p>
    <w:p>
      <w:pPr>
        <w:bidi w:val="1"/>
        <w:spacing w:after="20"/>
        <w:jc w:val="right"/>
      </w:pPr>
      <w:r>
        <w:rPr>
          <w:sz w:val="22"/>
          <w:rtl w:val="1"/>
          <w:rFonts w:ascii="Arial" w:hAnsi="Arial" w:cs="Arial"/>
          <w:szCs w:val="22"/>
        </w:rPr>
        <w:t xml:space="preserve">   ג. הוספה</w:t>
      </w:r>
    </w:p>
    <w:p>
      <w:pPr>
        <w:bidi w:val="1"/>
        <w:spacing w:after="40"/>
        <w:jc w:val="right"/>
      </w:pPr>
      <w:r>
        <w:rPr>
          <w:b/>
          <w:sz w:val="23"/>
          <w:rtl w:val="1"/>
          <w:rFonts w:ascii="Arial" w:hAnsi="Arial" w:cs="Arial"/>
          <w:bCs/>
          <w:szCs w:val="23"/>
        </w:rPr>
        <w:t>5. איזה משפט הוא דעה?   [⚖️ עובדה או דעה?]</w:t>
      </w:r>
    </w:p>
    <w:p>
      <w:pPr>
        <w:bidi w:val="1"/>
        <w:spacing w:after="20"/>
        <w:jc w:val="right"/>
      </w:pPr>
      <w:r>
        <w:rPr>
          <w:sz w:val="22"/>
          <w:rtl w:val="1"/>
          <w:rFonts w:ascii="Arial" w:hAnsi="Arial" w:cs="Arial"/>
          <w:szCs w:val="22"/>
        </w:rPr>
        <w:t xml:space="preserve">   א. "בכל שבוע אחראית עליה קבוצה אחרת"</w:t>
      </w:r>
    </w:p>
    <w:p>
      <w:pPr>
        <w:bidi w:val="1"/>
        <w:spacing w:after="20"/>
        <w:jc w:val="right"/>
      </w:pPr>
      <w:r>
        <w:rPr>
          <w:b/>
          <w:color w:val="C92A2A"/>
          <w:sz w:val="22"/>
          <w:rtl w:val="1"/>
          <w:rFonts w:ascii="Arial" w:hAnsi="Arial" w:cs="Arial"/>
          <w:bCs/>
          <w:szCs w:val="22"/>
        </w:rPr>
        <w:t xml:space="preserve">   ב. "זה הדבר הכי טוב שקרה לבית הספר" ✔</w:t>
      </w:r>
    </w:p>
    <w:p>
      <w:pPr>
        <w:bidi w:val="1"/>
        <w:spacing w:after="20"/>
        <w:jc w:val="right"/>
      </w:pPr>
      <w:r>
        <w:rPr>
          <w:sz w:val="22"/>
          <w:rtl w:val="1"/>
          <w:rFonts w:ascii="Arial" w:hAnsi="Arial" w:cs="Arial"/>
          <w:szCs w:val="22"/>
        </w:rPr>
        <w:t xml:space="preserve">   ג. "צומחים בו עגבניות, נענע וחמניות"</w:t>
      </w:r>
    </w:p>
    <w:p>
      <w:pPr>
        <w:pStyle w:val="Heading2"/>
        <w:bidi w:val="1"/>
        <w:jc w:val="right"/>
      </w:pPr>
      <w:r>
        <w:rPr>
          <w:b/>
          <w:color w:val="2F9E44"/>
          <w:sz w:val="27"/>
          <w:rtl w:val="1"/>
          <w:rFonts w:ascii="Arial" w:hAnsi="Arial" w:cs="Arial"/>
          <w:bCs/>
          <w:szCs w:val="27"/>
        </w:rPr>
        <w:t>חלק ג׳ – 🏁 אחרי הקריאה</w:t>
      </w:r>
    </w:p>
    <w:p>
      <w:pPr>
        <w:bidi w:val="1"/>
        <w:spacing w:after="40"/>
        <w:jc w:val="right"/>
      </w:pPr>
      <w:r>
        <w:rPr>
          <w:b/>
          <w:sz w:val="23"/>
          <w:rtl w:val="1"/>
          <w:rFonts w:ascii="Arial" w:hAnsi="Arial" w:cs="Arial"/>
          <w:bCs/>
          <w:szCs w:val="23"/>
        </w:rPr>
        <w:t>6. איתור: מי הציעו את הרעיון לגינה?   [🔍 שאלת איתור]</w:t>
      </w:r>
    </w:p>
    <w:p>
      <w:pPr>
        <w:bidi w:val="1"/>
        <w:spacing w:after="20"/>
        <w:jc w:val="right"/>
      </w:pPr>
      <w:r>
        <w:rPr>
          <w:sz w:val="22"/>
          <w:rtl w:val="1"/>
          <w:rFonts w:ascii="Arial" w:hAnsi="Arial" w:cs="Arial"/>
          <w:szCs w:val="22"/>
        </w:rPr>
        <w:t xml:space="preserve">   א. ההורים</w:t>
      </w:r>
    </w:p>
    <w:p>
      <w:pPr>
        <w:bidi w:val="1"/>
        <w:spacing w:after="20"/>
        <w:jc w:val="right"/>
      </w:pPr>
      <w:r>
        <w:rPr>
          <w:sz w:val="22"/>
          <w:rtl w:val="1"/>
          <w:rFonts w:ascii="Arial" w:hAnsi="Arial" w:cs="Arial"/>
          <w:szCs w:val="22"/>
        </w:rPr>
        <w:t xml:space="preserve">   ב. צוות המורים</w:t>
      </w:r>
    </w:p>
    <w:p>
      <w:pPr>
        <w:bidi w:val="1"/>
        <w:spacing w:after="20"/>
        <w:jc w:val="right"/>
      </w:pPr>
      <w:r>
        <w:rPr>
          <w:b/>
          <w:color w:val="C92A2A"/>
          <w:sz w:val="22"/>
          <w:rtl w:val="1"/>
          <w:rFonts w:ascii="Arial" w:hAnsi="Arial" w:cs="Arial"/>
          <w:bCs/>
          <w:szCs w:val="22"/>
        </w:rPr>
        <w:t xml:space="preserve">   ג. תלמידי כיתה ח׳ ✔</w:t>
      </w:r>
    </w:p>
    <w:p>
      <w:pPr>
        <w:bidi w:val="1"/>
        <w:spacing w:after="40"/>
        <w:jc w:val="right"/>
      </w:pPr>
      <w:r>
        <w:rPr>
          <w:b/>
          <w:sz w:val="23"/>
          <w:rtl w:val="1"/>
          <w:rFonts w:ascii="Arial" w:hAnsi="Arial" w:cs="Arial"/>
          <w:bCs/>
          <w:szCs w:val="23"/>
        </w:rPr>
        <w:t>7. הסקה: מה אפשר להסיק על התלמידים מכך שהקימו "תורנות גינה"?   [🕵️ שאלת הסקה – בין השורות]</w:t>
      </w:r>
    </w:p>
    <w:p>
      <w:pPr>
        <w:bidi w:val="1"/>
        <w:spacing w:after="20"/>
        <w:jc w:val="right"/>
      </w:pPr>
      <w:r>
        <w:rPr>
          <w:b/>
          <w:color w:val="C92A2A"/>
          <w:sz w:val="22"/>
          <w:rtl w:val="1"/>
          <w:rFonts w:ascii="Arial" w:hAnsi="Arial" w:cs="Arial"/>
          <w:bCs/>
          <w:szCs w:val="22"/>
        </w:rPr>
        <w:t xml:space="preserve">   א. הם אחראים ויודעים לעבוד יחד ✔</w:t>
      </w:r>
    </w:p>
    <w:p>
      <w:pPr>
        <w:bidi w:val="1"/>
        <w:spacing w:after="20"/>
        <w:jc w:val="right"/>
      </w:pPr>
      <w:r>
        <w:rPr>
          <w:sz w:val="22"/>
          <w:rtl w:val="1"/>
          <w:rFonts w:ascii="Arial" w:hAnsi="Arial" w:cs="Arial"/>
          <w:szCs w:val="22"/>
        </w:rPr>
        <w:t xml:space="preserve">   ב. בבית הספר אין מים</w:t>
      </w:r>
    </w:p>
    <w:p>
      <w:pPr>
        <w:bidi w:val="1"/>
        <w:spacing w:after="20"/>
        <w:jc w:val="right"/>
      </w:pPr>
      <w:r>
        <w:rPr>
          <w:sz w:val="22"/>
          <w:rtl w:val="1"/>
          <w:rFonts w:ascii="Arial" w:hAnsi="Arial" w:cs="Arial"/>
          <w:szCs w:val="22"/>
        </w:rPr>
        <w:t xml:space="preserve">   ג. הם לא אוהבים את הגינה</w:t>
      </w:r>
    </w:p>
    <w:p>
      <w:pPr>
        <w:bidi w:val="1"/>
        <w:spacing w:after="40"/>
        <w:jc w:val="right"/>
      </w:pPr>
      <w:r>
        <w:rPr>
          <w:b/>
          <w:sz w:val="23"/>
          <w:rtl w:val="1"/>
          <w:rFonts w:ascii="Arial" w:hAnsi="Arial" w:cs="Arial"/>
          <w:bCs/>
          <w:szCs w:val="23"/>
        </w:rPr>
        <w:t>8. האם כדאי לבנות גינה על גג בכל בית ספר? כתבו טענה + נימוק + דוגמה.   [✍️ תשובה מלאה: טענה + נימוק + דוגמה]</w:t>
      </w:r>
    </w:p>
    <w:p>
      <w:pPr>
        <w:bidi w:val="1"/>
        <w:spacing w:after="60"/>
        <w:jc w:val="right"/>
      </w:pPr>
      <w:r>
        <w:rPr>
          <w:b/>
          <w:color w:val="C92A2A"/>
          <w:sz w:val="22"/>
          <w:rtl w:val="1"/>
          <w:rFonts w:ascii="Arial" w:hAnsi="Arial" w:cs="Arial"/>
          <w:bCs/>
          <w:szCs w:val="22"/>
        </w:rPr>
        <w:t>✔ למשל: כן (טענה), כי הגינה מקררת את הכיתות ומלמדת אחריות (נימוק). למשל, התלמידים הקימו תורנות גינה (דוגמה, פסקה 3).</w:t>
      </w:r>
    </w:p>
    <w:p>
      <w:pPr>
        <w:pStyle w:val="Heading2"/>
        <w:bidi w:val="1"/>
        <w:jc w:val="right"/>
      </w:pPr>
      <w:r>
        <w:rPr>
          <w:b/>
          <w:color w:val="1F2340"/>
          <w:sz w:val="27"/>
          <w:rtl w:val="1"/>
          <w:rFonts w:ascii="Arial" w:hAnsi="Arial" w:cs="Arial"/>
          <w:bCs/>
          <w:szCs w:val="27"/>
        </w:rPr>
        <w:t>✍️ משימת כתיבה</w:t>
      </w:r>
    </w:p>
    <w:p>
      <w:pPr>
        <w:bidi w:val="1"/>
        <w:spacing w:after="40"/>
        <w:jc w:val="right"/>
      </w:pPr>
      <w:r>
        <w:rPr>
          <w:b/>
          <w:sz w:val="23"/>
          <w:rtl w:val="1"/>
          <w:rFonts w:ascii="Arial" w:hAnsi="Arial" w:cs="Arial"/>
          <w:bCs/>
          <w:szCs w:val="23"/>
        </w:rPr>
        <w:t>9. כתבו פסקה (4–6 משפטים): איזה כרטיס ניווט הכי עוזר לכם, ובאיזה שלב של הקריאה? הביאו דוגמה.   [✍️ תשובה מלאה: טענה + נימוק + דוגמה]</w:t>
      </w:r>
    </w:p>
    <w:p>
      <w:pPr>
        <w:bidi w:val="1"/>
        <w:spacing w:after="60"/>
        <w:jc w:val="right"/>
      </w:pPr>
      <w:r>
        <w:rPr>
          <w:b/>
          <w:color w:val="C92A2A"/>
          <w:sz w:val="22"/>
          <w:rtl w:val="1"/>
          <w:rFonts w:ascii="Arial" w:hAnsi="Arial" w:cs="Arial"/>
          <w:bCs/>
          <w:szCs w:val="22"/>
        </w:rPr>
        <w:t>✔ תשובה אישית לפי המחוון: עמידה במשימה, מבנה, מילות קישור, לשון.</w:t>
      </w:r>
    </w:p>
    <w:tbl>
      <w:tblPr>
        <w:tblStyle w:val="TableGrid"/>
        <w:tblW w:type="auto" w:w="0"/>
        <w:tblLook w:firstColumn="1" w:firstRow="1" w:lastColumn="0" w:lastRow="0" w:noHBand="0" w:noVBand="1" w:val="04A0"/>
        <w:bidiVisual/>
        <w:tblBorders>
          <w:top w:val="dashed" w:sz="12" w:color="495057"/>
          <w:left w:val="dashed" w:sz="12" w:color="495057"/>
          <w:bottom w:val="dashed" w:sz="12" w:color="495057"/>
          <w:right w:val="dashed" w:sz="12" w:color="495057"/>
        </w:tblBorders>
      </w:tblPr>
      <w:tblGrid>
        <w:gridCol w:w="10318"/>
      </w:tblGrid>
      <w:tr>
        <w:tc>
          <w:tcPr>
            <w:tcW w:type="dxa" w:w="10318"/>
            <w:shd w:val="clear" w:color="auto" w:fill="FFFFFF"/>
          </w:tcPr>
          <w:p>
            <w:pPr>
              <w:bidi w:val="1"/>
              <w:spacing w:after="20"/>
              <w:jc w:val="right"/>
            </w:pPr>
            <w:r>
              <w:rPr>
                <w:b/>
                <w:sz w:val="26"/>
                <w:rtl w:val="1"/>
                <w:rFonts w:ascii="Arial" w:hAnsi="Arial" w:cs="Arial"/>
                <w:bCs/>
                <w:szCs w:val="26"/>
              </w:rPr>
              <w:t>✂️ 🎟️ כרטיס יציאה</w:t>
            </w:r>
          </w:p>
          <w:p>
            <w:pPr>
              <w:bidi w:val="1"/>
              <w:spacing w:after="20"/>
              <w:jc w:val="right"/>
            </w:pPr>
            <w:r>
              <w:rPr>
                <w:sz w:val="22"/>
                <w:rtl w:val="1"/>
                <w:rFonts w:ascii="Arial" w:hAnsi="Arial" w:cs="Arial"/>
                <w:szCs w:val="22"/>
              </w:rPr>
              <w:t>כרטיס אחד שאשתמש בו מחר:</w:t>
            </w:r>
          </w:p>
          <w:p>
            <w:pPr>
              <w:bidi w:val="1"/>
              <w:spacing w:after="20"/>
              <w:jc w:val="right"/>
            </w:pPr>
            <w:r>
              <w:rPr>
                <w:color w:val="999999"/>
                <w:sz w:val="24"/>
                <w:rtl w:val="1"/>
                <w:rFonts w:ascii="Arial" w:hAnsi="Arial" w:cs="Arial"/>
                <w:szCs w:val="24"/>
              </w:rPr>
              <w:t>_______________________________________________________</w:t>
            </w:r>
          </w:p>
          <w:p>
            <w:pPr>
              <w:bidi w:val="1"/>
              <w:spacing w:after="20"/>
              <w:jc w:val="right"/>
            </w:pPr>
            <w:r>
              <w:rPr>
                <w:sz w:val="22"/>
                <w:rtl w:val="1"/>
                <w:rFonts w:ascii="Arial" w:hAnsi="Arial" w:cs="Arial"/>
                <w:szCs w:val="22"/>
              </w:rPr>
              <w:t>מה עושים כשנתקעים? (כרטיס SOS)</w:t>
            </w:r>
          </w:p>
          <w:p>
            <w:pPr>
              <w:bidi w:val="1"/>
              <w:spacing w:after="20"/>
              <w:jc w:val="right"/>
            </w:pPr>
            <w:r>
              <w:rPr>
                <w:color w:val="999999"/>
                <w:sz w:val="24"/>
                <w:rtl w:val="1"/>
                <w:rFonts w:ascii="Arial" w:hAnsi="Arial" w:cs="Arial"/>
                <w:szCs w:val="24"/>
              </w:rPr>
              <w:t>_______________________________________________________</w:t>
            </w:r>
          </w:p>
        </w:tc>
      </w:tr>
    </w:tbl>
    <w:p>
      <w:r>
        <w:br w:type="page"/>
      </w:r>
    </w:p>
    <w:p>
      <w:pPr>
        <w:pStyle w:val="Title"/>
        <w:bidi w:val="1"/>
        <w:jc w:val="right"/>
      </w:pPr>
      <w:r>
        <w:rPr>
          <w:b/>
          <w:color w:val="5F3DC4"/>
          <w:sz w:val="44"/>
          <w:rtl w:val="1"/>
          <w:rFonts w:ascii="Arial" w:hAnsi="Arial" w:cs="Arial"/>
          <w:bCs/>
          <w:szCs w:val="44"/>
        </w:rPr>
        <w:t>🃏 כרטיסיות ניווט על טקסט קצר</w:t>
      </w:r>
    </w:p>
    <w:p>
      <w:pPr>
        <w:bidi w:val="1"/>
        <w:spacing w:after="60"/>
        <w:jc w:val="right"/>
      </w:pPr>
      <w:r>
        <w:rPr>
          <w:color w:val="495057"/>
          <w:sz w:val="22"/>
          <w:rtl w:val="1"/>
          <w:rFonts w:ascii="Arial" w:hAnsi="Arial" w:cs="Arial"/>
          <w:szCs w:val="22"/>
        </w:rPr>
        <w:t>דף תרגול · חט״ב – עולים חדשים · כרטיסיות ניווט בטקסט</w:t>
      </w:r>
    </w:p>
    <w:p>
      <w:pPr>
        <w:bidi w:val="1"/>
        <w:spacing w:after="60"/>
        <w:jc w:val="right"/>
      </w:pPr>
      <w:r>
        <w:rPr>
          <w:b/>
          <w:color w:val="1C7ED6"/>
          <w:sz w:val="24"/>
          <w:rtl w:val="1"/>
          <w:rFonts w:ascii="Arial" w:hAnsi="Arial" w:cs="Arial"/>
          <w:bCs/>
          <w:szCs w:val="24"/>
        </w:rPr>
        <w:t>✏️ דף לתלמיד</w:t>
      </w:r>
    </w:p>
    <w:p>
      <w:pPr>
        <w:bidi w:val="1"/>
        <w:spacing w:after="160"/>
        <w:jc w:val="right"/>
      </w:pPr>
      <w:r>
        <w:rPr>
          <w:b/>
          <w:sz w:val="24"/>
          <w:rtl w:val="1"/>
          <w:rFonts w:ascii="Arial" w:hAnsi="Arial" w:cs="Arial"/>
          <w:bCs/>
          <w:szCs w:val="24"/>
        </w:rPr>
        <w:t>שם: ________________   כיתה: ________   תאריך: ____________</w:t>
      </w:r>
    </w:p>
    <w:p>
      <w:pPr>
        <w:bidi w:val="1"/>
        <w:spacing w:after="60"/>
        <w:jc w:val="right"/>
      </w:pPr>
      <w:r>
        <w:rPr>
          <w:b/>
          <w:color w:val="5F3DC4"/>
          <w:sz w:val="21"/>
          <w:rtl w:val="1"/>
          <w:rFonts w:ascii="Arial" w:hAnsi="Arial" w:cs="Arial"/>
          <w:bCs/>
          <w:szCs w:val="21"/>
        </w:rPr>
        <w:t>🧭 לפני הקריאה  ➜  🚶 בזמן הקריאה  ➜  🏁 אחרי הקריאה  ➜  🆘 כרטיסי SOS</w:t>
      </w:r>
    </w:p>
    <w:p>
      <w:pPr>
        <w:pStyle w:val="Heading2"/>
        <w:bidi w:val="1"/>
        <w:jc w:val="right"/>
      </w:pPr>
      <w:r>
        <w:rPr>
          <w:b/>
          <w:color w:val="1F2340"/>
          <w:sz w:val="27"/>
          <w:rtl w:val="1"/>
          <w:rFonts w:ascii="Arial" w:hAnsi="Arial" w:cs="Arial"/>
          <w:bCs/>
          <w:szCs w:val="27"/>
        </w:rPr>
        <w:t>📖 הטקסט</w:t>
      </w:r>
    </w:p>
    <w:p>
      <w:pPr>
        <w:pStyle w:val="Heading3"/>
        <w:bidi w:val="1"/>
        <w:jc w:val="right"/>
      </w:pPr>
      <w:r>
        <w:rPr>
          <w:b/>
          <w:color w:val="1F2340"/>
          <w:sz w:val="24"/>
          <w:rtl w:val="1"/>
          <w:rFonts w:ascii="Arial" w:hAnsi="Arial" w:cs="Arial"/>
          <w:bCs/>
          <w:szCs w:val="24"/>
        </w:rPr>
        <w:t>📖 גינה על הגג – איך גג מאובק הפך לכיתה ירוקה</w:t>
      </w:r>
    </w:p>
    <w:p>
      <w:pPr>
        <w:bidi w:val="1"/>
        <w:spacing w:after="80"/>
        <w:jc w:val="right"/>
      </w:pPr>
      <w:r>
        <w:rPr>
          <w:sz w:val="25"/>
          <w:rtl w:val="1"/>
          <w:rFonts w:ascii="Arial" w:hAnsi="Arial" w:cs="Arial"/>
          <w:szCs w:val="25"/>
        </w:rPr>
        <w:t>(1) לפני שנתיים היה הגג של אחת מחטיבות הביניים בצפון מקום מאובק שאיש לא עלה אליו. היום צומחים בו עגבניות, נענע וחמניות. את הרעיון הציעו תלמידי כיתה ח׳, שרצו לגדל ירקות אך לא מצאו מקום פנוי בחצר.</w:t>
      </w:r>
    </w:p>
    <w:p>
      <w:pPr>
        <w:bidi w:val="1"/>
        <w:spacing w:after="80"/>
        <w:jc w:val="right"/>
      </w:pPr>
      <w:r>
        <w:rPr>
          <w:sz w:val="25"/>
          <w:rtl w:val="1"/>
          <w:rFonts w:ascii="Arial" w:hAnsi="Arial" w:cs="Arial"/>
          <w:szCs w:val="25"/>
        </w:rPr>
        <w:t>(2) הגינה מועילה לא רק לתלמידים. צמחים על גג סופגים חלק מקרני השמש, ולכן הם יכולים להפחית את החום שנכנס לכיתות שמתחת. בנוסף, פרפרים ודבורים מגיעים לפרחים, וכך הגג הופך לבית קטן לבעלי חיים.</w:t>
      </w:r>
    </w:p>
    <w:p>
      <w:pPr>
        <w:bidi w:val="1"/>
        <w:spacing w:after="80"/>
        <w:jc w:val="right"/>
      </w:pPr>
      <w:r>
        <w:rPr>
          <w:sz w:val="25"/>
          <w:rtl w:val="1"/>
          <w:rFonts w:ascii="Arial" w:hAnsi="Arial" w:cs="Arial"/>
          <w:szCs w:val="25"/>
        </w:rPr>
        <w:t>(3) עם זאת, לא הכול פשוט. בקיץ צריך להשקות כמעט כל יום, ובחופשות מישהו חייב לדאוג לגינה. לכן הקימו התלמידים "תורנות גינה": בכל שבוע אחראית עליה קבוצה אחרת.</w:t>
      </w:r>
    </w:p>
    <w:p>
      <w:pPr>
        <w:bidi w:val="1"/>
        <w:spacing w:after="80"/>
        <w:jc w:val="right"/>
      </w:pPr>
      <w:r>
        <w:rPr>
          <w:sz w:val="25"/>
          <w:rtl w:val="1"/>
          <w:rFonts w:ascii="Arial" w:hAnsi="Arial" w:cs="Arial"/>
          <w:szCs w:val="25"/>
        </w:rPr>
        <w:t>(4) נוי, תלמידה בכיתה ח׳, אומרת: "זה הדבר הכי טוב שקרה לבית הספר. פתאום יש לנו סיבה לעלות למעלה."</w:t>
      </w:r>
    </w:p>
    <w:p>
      <w:pPr>
        <w:pStyle w:val="Heading3"/>
        <w:bidi w:val="1"/>
        <w:jc w:val="right"/>
      </w:pPr>
      <w:r>
        <w:rPr>
          <w:b/>
          <w:color w:val="1F2340"/>
          <w:sz w:val="24"/>
          <w:rtl w:val="1"/>
          <w:rFonts w:ascii="Arial" w:hAnsi="Arial" w:cs="Arial"/>
          <w:bCs/>
          <w:szCs w:val="24"/>
        </w:rPr>
        <w:t>📒 מילון חזותי</w:t>
      </w:r>
    </w:p>
    <w:tbl>
      <w:tblPr>
        <w:tblStyle w:val="TableGrid"/>
        <w:tblW w:type="auto" w:w="0"/>
        <w:tblLook w:firstColumn="1" w:firstRow="1" w:lastColumn="0" w:lastRow="0" w:noHBand="0" w:noVBand="1" w:val="04A0"/>
        <w:bidiVisual/>
      </w:tblPr>
      <w:tblGrid>
        <w:gridCol w:w="3439"/>
        <w:gridCol w:w="3439"/>
        <w:gridCol w:w="3439"/>
      </w:tblGrid>
      <w:tr>
        <w:tc>
          <w:tcPr>
            <w:tcW w:type="dxa" w:w="3439"/>
            <w:shd w:val="clear" w:color="auto" w:fill="E3FAFC"/>
          </w:tcPr>
          <w:p>
            <w:pPr>
              <w:bidi w:val="1"/>
              <w:spacing w:after="20"/>
              <w:jc w:val="right"/>
            </w:pPr>
            <w:r>
              <w:rPr>
                <w:b/>
                <w:sz w:val="22"/>
                <w:rtl w:val="1"/>
                <w:rFonts w:ascii="Arial" w:hAnsi="Arial" w:cs="Arial"/>
                <w:bCs/>
                <w:szCs w:val="22"/>
              </w:rPr>
              <w:t>מילה</w:t>
            </w:r>
          </w:p>
        </w:tc>
        <w:tc>
          <w:tcPr>
            <w:tcW w:type="dxa" w:w="3439"/>
            <w:shd w:val="clear" w:color="auto" w:fill="E3FAFC"/>
          </w:tcPr>
          <w:p>
            <w:pPr>
              <w:bidi w:val="1"/>
              <w:spacing w:after="20"/>
              <w:jc w:val="right"/>
            </w:pPr>
            <w:r>
              <w:rPr>
                <w:b/>
                <w:sz w:val="22"/>
                <w:rtl w:val="1"/>
                <w:rFonts w:ascii="Arial" w:hAnsi="Arial" w:cs="Arial"/>
                <w:bCs/>
                <w:szCs w:val="22"/>
              </w:rPr>
              <w:t>סמל</w:t>
            </w:r>
          </w:p>
        </w:tc>
        <w:tc>
          <w:tcPr>
            <w:tcW w:type="dxa" w:w="3439"/>
            <w:shd w:val="clear" w:color="auto" w:fill="E3FAFC"/>
          </w:tcPr>
          <w:p>
            <w:pPr>
              <w:bidi w:val="1"/>
              <w:spacing w:after="20"/>
              <w:jc w:val="right"/>
            </w:pPr>
            <w:r>
              <w:rPr>
                <w:b/>
                <w:sz w:val="22"/>
                <w:rtl w:val="1"/>
                <w:rFonts w:ascii="Arial" w:hAnsi="Arial" w:cs="Arial"/>
                <w:bCs/>
                <w:szCs w:val="22"/>
              </w:rPr>
              <w:t>פירוש</w:t>
            </w:r>
          </w:p>
        </w:tc>
      </w:tr>
      <w:tr>
        <w:tc>
          <w:tcPr>
            <w:tcW w:type="dxa" w:w="3439"/>
          </w:tcPr>
          <w:p>
            <w:pPr>
              <w:bidi w:val="1"/>
              <w:spacing w:after="20"/>
              <w:jc w:val="right"/>
            </w:pPr>
            <w:r>
              <w:rPr>
                <w:sz w:val="22"/>
                <w:rtl w:val="1"/>
                <w:rFonts w:ascii="Arial" w:hAnsi="Arial" w:cs="Arial"/>
                <w:szCs w:val="22"/>
              </w:rPr>
              <w:t>סופגים</w:t>
            </w:r>
          </w:p>
        </w:tc>
        <w:tc>
          <w:tcPr>
            <w:tcW w:type="dxa" w:w="3439"/>
          </w:tcPr>
          <w:p>
            <w:pPr>
              <w:bidi w:val="1"/>
              <w:spacing w:after="20"/>
              <w:jc w:val="right"/>
            </w:pPr>
            <w:r>
              <w:rPr>
                <w:sz w:val="22"/>
                <w:rtl w:val="1"/>
                <w:rFonts w:ascii="Arial" w:hAnsi="Arial" w:cs="Arial"/>
                <w:szCs w:val="22"/>
              </w:rPr>
              <w:t>🧽</w:t>
            </w:r>
          </w:p>
        </w:tc>
        <w:tc>
          <w:tcPr>
            <w:tcW w:type="dxa" w:w="3439"/>
          </w:tcPr>
          <w:p>
            <w:pPr>
              <w:bidi w:val="1"/>
              <w:spacing w:after="20"/>
              <w:jc w:val="right"/>
            </w:pPr>
            <w:r>
              <w:rPr>
                <w:sz w:val="22"/>
                <w:rtl w:val="1"/>
                <w:rFonts w:ascii="Arial" w:hAnsi="Arial" w:cs="Arial"/>
                <w:szCs w:val="22"/>
              </w:rPr>
              <w:t>קולטים, לוקחים לתוכם</w:t>
            </w:r>
          </w:p>
        </w:tc>
      </w:tr>
      <w:tr>
        <w:tc>
          <w:tcPr>
            <w:tcW w:type="dxa" w:w="3439"/>
          </w:tcPr>
          <w:p>
            <w:pPr>
              <w:bidi w:val="1"/>
              <w:spacing w:after="20"/>
              <w:jc w:val="right"/>
            </w:pPr>
            <w:r>
              <w:rPr>
                <w:sz w:val="22"/>
                <w:rtl w:val="1"/>
                <w:rFonts w:ascii="Arial" w:hAnsi="Arial" w:cs="Arial"/>
                <w:szCs w:val="22"/>
              </w:rPr>
              <w:t>להפחית</w:t>
            </w:r>
          </w:p>
        </w:tc>
        <w:tc>
          <w:tcPr>
            <w:tcW w:type="dxa" w:w="3439"/>
          </w:tcPr>
          <w:p>
            <w:pPr>
              <w:bidi w:val="1"/>
              <w:spacing w:after="20"/>
              <w:jc w:val="right"/>
            </w:pPr>
            <w:r>
              <w:rPr>
                <w:sz w:val="22"/>
                <w:rtl w:val="1"/>
                <w:rFonts w:ascii="Arial" w:hAnsi="Arial" w:cs="Arial"/>
                <w:szCs w:val="22"/>
              </w:rPr>
              <w:t>⬇️</w:t>
            </w:r>
          </w:p>
        </w:tc>
        <w:tc>
          <w:tcPr>
            <w:tcW w:type="dxa" w:w="3439"/>
          </w:tcPr>
          <w:p>
            <w:pPr>
              <w:bidi w:val="1"/>
              <w:spacing w:after="20"/>
              <w:jc w:val="right"/>
            </w:pPr>
            <w:r>
              <w:rPr>
                <w:sz w:val="22"/>
                <w:rtl w:val="1"/>
                <w:rFonts w:ascii="Arial" w:hAnsi="Arial" w:cs="Arial"/>
                <w:szCs w:val="22"/>
              </w:rPr>
              <w:t>לעשות שיהיה פחות</w:t>
            </w:r>
          </w:p>
        </w:tc>
      </w:tr>
      <w:tr>
        <w:tc>
          <w:tcPr>
            <w:tcW w:type="dxa" w:w="3439"/>
          </w:tcPr>
          <w:p>
            <w:pPr>
              <w:bidi w:val="1"/>
              <w:spacing w:after="20"/>
              <w:jc w:val="right"/>
            </w:pPr>
            <w:r>
              <w:rPr>
                <w:sz w:val="22"/>
                <w:rtl w:val="1"/>
                <w:rFonts w:ascii="Arial" w:hAnsi="Arial" w:cs="Arial"/>
                <w:szCs w:val="22"/>
              </w:rPr>
              <w:t>ערוגה</w:t>
            </w:r>
          </w:p>
        </w:tc>
        <w:tc>
          <w:tcPr>
            <w:tcW w:type="dxa" w:w="3439"/>
          </w:tcPr>
          <w:p>
            <w:pPr>
              <w:bidi w:val="1"/>
              <w:spacing w:after="20"/>
              <w:jc w:val="right"/>
            </w:pPr>
            <w:r>
              <w:rPr>
                <w:sz w:val="22"/>
                <w:rtl w:val="1"/>
                <w:rFonts w:ascii="Arial" w:hAnsi="Arial" w:cs="Arial"/>
                <w:szCs w:val="22"/>
              </w:rPr>
              <w:t>🌱</w:t>
            </w:r>
          </w:p>
        </w:tc>
        <w:tc>
          <w:tcPr>
            <w:tcW w:type="dxa" w:w="3439"/>
          </w:tcPr>
          <w:p>
            <w:pPr>
              <w:bidi w:val="1"/>
              <w:spacing w:after="20"/>
              <w:jc w:val="right"/>
            </w:pPr>
            <w:r>
              <w:rPr>
                <w:sz w:val="22"/>
                <w:rtl w:val="1"/>
                <w:rFonts w:ascii="Arial" w:hAnsi="Arial" w:cs="Arial"/>
                <w:szCs w:val="22"/>
              </w:rPr>
              <w:t>מקום קטן לשתילה</w:t>
            </w:r>
          </w:p>
        </w:tc>
      </w:tr>
      <w:tr>
        <w:tc>
          <w:tcPr>
            <w:tcW w:type="dxa" w:w="3439"/>
          </w:tcPr>
          <w:p>
            <w:pPr>
              <w:bidi w:val="1"/>
              <w:spacing w:after="20"/>
              <w:jc w:val="right"/>
            </w:pPr>
            <w:r>
              <w:rPr>
                <w:sz w:val="22"/>
                <w:rtl w:val="1"/>
                <w:rFonts w:ascii="Arial" w:hAnsi="Arial" w:cs="Arial"/>
                <w:szCs w:val="22"/>
              </w:rPr>
              <w:t>תורנות</w:t>
            </w:r>
          </w:p>
        </w:tc>
        <w:tc>
          <w:tcPr>
            <w:tcW w:type="dxa" w:w="3439"/>
          </w:tcPr>
          <w:p>
            <w:pPr>
              <w:bidi w:val="1"/>
              <w:spacing w:after="20"/>
              <w:jc w:val="right"/>
            </w:pPr>
            <w:r>
              <w:rPr>
                <w:sz w:val="22"/>
                <w:rtl w:val="1"/>
                <w:rFonts w:ascii="Arial" w:hAnsi="Arial" w:cs="Arial"/>
                <w:szCs w:val="22"/>
              </w:rPr>
              <w:t>🔁</w:t>
            </w:r>
          </w:p>
        </w:tc>
        <w:tc>
          <w:tcPr>
            <w:tcW w:type="dxa" w:w="3439"/>
          </w:tcPr>
          <w:p>
            <w:pPr>
              <w:bidi w:val="1"/>
              <w:spacing w:after="20"/>
              <w:jc w:val="right"/>
            </w:pPr>
            <w:r>
              <w:rPr>
                <w:sz w:val="22"/>
                <w:rtl w:val="1"/>
                <w:rFonts w:ascii="Arial" w:hAnsi="Arial" w:cs="Arial"/>
                <w:szCs w:val="22"/>
              </w:rPr>
              <w:t>כל פעם אחרים אחראים</w:t>
            </w:r>
          </w:p>
        </w:tc>
      </w:tr>
    </w:tbl>
    <w:p>
      <w:pPr>
        <w:pStyle w:val="Heading3"/>
        <w:bidi w:val="1"/>
        <w:jc w:val="right"/>
      </w:pPr>
      <w:r>
        <w:rPr>
          <w:b/>
          <w:color w:val="1F2340"/>
          <w:sz w:val="24"/>
          <w:rtl w:val="1"/>
          <w:rFonts w:ascii="Arial" w:hAnsi="Arial" w:cs="Arial"/>
          <w:bCs/>
          <w:szCs w:val="24"/>
        </w:rPr>
        <w:t>🔗 בנק מילות קישור</w:t>
      </w:r>
    </w:p>
    <w:p>
      <w:pPr>
        <w:bidi w:val="1"/>
        <w:spacing w:after="20"/>
        <w:jc w:val="right"/>
      </w:pPr>
      <w:r>
        <w:rPr>
          <w:b/>
          <w:color w:val="2F9E44"/>
          <w:sz w:val="22"/>
          <w:rtl w:val="1"/>
          <w:rFonts w:ascii="Arial" w:hAnsi="Arial" w:cs="Arial"/>
          <w:bCs/>
          <w:szCs w:val="22"/>
        </w:rPr>
        <w:t>➕ הוספה: בנוסף, גם, וכן, יתר על כן</w:t>
      </w:r>
    </w:p>
    <w:p>
      <w:pPr>
        <w:bidi w:val="1"/>
        <w:spacing w:after="20"/>
        <w:jc w:val="right"/>
      </w:pPr>
      <w:r>
        <w:rPr>
          <w:b/>
          <w:color w:val="E03131"/>
          <w:sz w:val="22"/>
          <w:rtl w:val="1"/>
          <w:rFonts w:ascii="Arial" w:hAnsi="Arial" w:cs="Arial"/>
          <w:bCs/>
          <w:szCs w:val="22"/>
        </w:rPr>
        <w:t>↔️ ניגוד: אבל, אולם, עם זאת, לעומת, ואילו</w:t>
      </w:r>
    </w:p>
    <w:p>
      <w:pPr>
        <w:bidi w:val="1"/>
        <w:spacing w:after="20"/>
        <w:jc w:val="right"/>
      </w:pPr>
      <w:r>
        <w:rPr>
          <w:b/>
          <w:color w:val="2B8A3E"/>
          <w:sz w:val="22"/>
          <w:rtl w:val="1"/>
          <w:rFonts w:ascii="Arial" w:hAnsi="Arial" w:cs="Arial"/>
          <w:bCs/>
          <w:szCs w:val="22"/>
        </w:rPr>
        <w:t>❓ סיבה: כי, מפני ש, משום ש, בגלל</w:t>
      </w:r>
    </w:p>
    <w:p>
      <w:pPr>
        <w:bidi w:val="1"/>
        <w:spacing w:after="20"/>
        <w:jc w:val="right"/>
      </w:pPr>
      <w:r>
        <w:rPr>
          <w:b/>
          <w:color w:val="1C7ED6"/>
          <w:sz w:val="22"/>
          <w:rtl w:val="1"/>
          <w:rFonts w:ascii="Arial" w:hAnsi="Arial" w:cs="Arial"/>
          <w:bCs/>
          <w:szCs w:val="22"/>
        </w:rPr>
        <w:t>➡️ תוצאה: לכן, לפיכך, כך ש, כתוצאה מכך</w:t>
      </w:r>
    </w:p>
    <w:p>
      <w:pPr>
        <w:bidi w:val="1"/>
        <w:spacing w:after="20"/>
        <w:jc w:val="right"/>
      </w:pPr>
      <w:r>
        <w:rPr>
          <w:b/>
          <w:color w:val="7048E8"/>
          <w:sz w:val="22"/>
          <w:rtl w:val="1"/>
          <w:rFonts w:ascii="Arial" w:hAnsi="Arial" w:cs="Arial"/>
          <w:bCs/>
          <w:szCs w:val="22"/>
        </w:rPr>
        <w:t>👉 דוגמה: למשל, לדוגמה, כגון</w:t>
      </w:r>
    </w:p>
    <w:p>
      <w:pPr>
        <w:pStyle w:val="Heading2"/>
        <w:bidi w:val="1"/>
        <w:jc w:val="right"/>
      </w:pPr>
      <w:r>
        <w:rPr>
          <w:b/>
          <w:color w:val="7048E8"/>
          <w:sz w:val="27"/>
          <w:rtl w:val="1"/>
          <w:rFonts w:ascii="Arial" w:hAnsi="Arial" w:cs="Arial"/>
          <w:bCs/>
          <w:szCs w:val="27"/>
        </w:rPr>
        <w:t>חלק א׳ – 🧭 לפני הקריאה</w:t>
      </w:r>
    </w:p>
    <w:p>
      <w:pPr>
        <w:bidi w:val="1"/>
        <w:spacing w:after="40"/>
        <w:jc w:val="right"/>
      </w:pPr>
      <w:r>
        <w:rPr>
          <w:b/>
          <w:sz w:val="23"/>
          <w:rtl w:val="1"/>
          <w:rFonts w:ascii="Arial" w:hAnsi="Arial" w:cs="Arial"/>
          <w:bCs/>
          <w:szCs w:val="23"/>
        </w:rPr>
        <w:t>1. מה מבטיחה כותרת המשנה "איך גג מאובק הפך לכיתה ירוקה"?   [🏷️ כותרת – מה היא מבטיחה?]</w:t>
      </w:r>
    </w:p>
    <w:p>
      <w:pPr>
        <w:bidi w:val="1"/>
        <w:spacing w:after="20"/>
        <w:jc w:val="right"/>
      </w:pPr>
      <w:r>
        <w:rPr>
          <w:sz w:val="22"/>
          <w:rtl w:val="1"/>
          <w:rFonts w:ascii="Arial" w:hAnsi="Arial" w:cs="Arial"/>
          <w:szCs w:val="22"/>
        </w:rPr>
        <w:t xml:space="preserve">   א. רשימה של צמחים</w:t>
      </w:r>
    </w:p>
    <w:p>
      <w:pPr>
        <w:bidi w:val="1"/>
        <w:spacing w:after="20"/>
        <w:jc w:val="right"/>
      </w:pPr>
      <w:r>
        <w:rPr>
          <w:sz w:val="22"/>
          <w:rtl w:val="1"/>
          <w:rFonts w:ascii="Arial" w:hAnsi="Arial" w:cs="Arial"/>
          <w:szCs w:val="22"/>
        </w:rPr>
        <w:t xml:space="preserve">   ב. הוראות השקיה</w:t>
      </w:r>
    </w:p>
    <w:p>
      <w:pPr>
        <w:bidi w:val="1"/>
        <w:spacing w:after="20"/>
        <w:jc w:val="right"/>
      </w:pPr>
      <w:r>
        <w:rPr>
          <w:sz w:val="22"/>
          <w:rtl w:val="1"/>
          <w:rFonts w:ascii="Arial" w:hAnsi="Arial" w:cs="Arial"/>
          <w:szCs w:val="22"/>
        </w:rPr>
        <w:t xml:space="preserve">   ג. סיפור של שינוי – לפני ואחרי</w:t>
      </w:r>
    </w:p>
    <w:p>
      <w:pPr>
        <w:bidi w:val="1"/>
        <w:spacing w:after="40"/>
        <w:jc w:val="right"/>
      </w:pPr>
      <w:r>
        <w:rPr>
          <w:b/>
          <w:sz w:val="23"/>
          <w:rtl w:val="1"/>
          <w:rFonts w:ascii="Arial" w:hAnsi="Arial" w:cs="Arial"/>
          <w:bCs/>
          <w:szCs w:val="23"/>
        </w:rPr>
        <w:t>2. איזה סוג טקסט זה?   [🎯 סוגה ומטרה – איזה טקסט זה?]</w:t>
      </w:r>
    </w:p>
    <w:p>
      <w:pPr>
        <w:bidi w:val="1"/>
        <w:spacing w:after="20"/>
        <w:jc w:val="right"/>
      </w:pPr>
      <w:r>
        <w:rPr>
          <w:sz w:val="22"/>
          <w:rtl w:val="1"/>
          <w:rFonts w:ascii="Arial" w:hAnsi="Arial" w:cs="Arial"/>
          <w:szCs w:val="22"/>
        </w:rPr>
        <w:t xml:space="preserve">   א. סיפור דמיוני</w:t>
      </w:r>
    </w:p>
    <w:p>
      <w:pPr>
        <w:bidi w:val="1"/>
        <w:spacing w:after="20"/>
        <w:jc w:val="right"/>
      </w:pPr>
      <w:r>
        <w:rPr>
          <w:sz w:val="22"/>
          <w:rtl w:val="1"/>
          <w:rFonts w:ascii="Arial" w:hAnsi="Arial" w:cs="Arial"/>
          <w:szCs w:val="22"/>
        </w:rPr>
        <w:t xml:space="preserve">   ב. שיר</w:t>
      </w:r>
    </w:p>
    <w:p>
      <w:pPr>
        <w:bidi w:val="1"/>
        <w:spacing w:after="20"/>
        <w:jc w:val="right"/>
      </w:pPr>
      <w:r>
        <w:rPr>
          <w:sz w:val="22"/>
          <w:rtl w:val="1"/>
          <w:rFonts w:ascii="Arial" w:hAnsi="Arial" w:cs="Arial"/>
          <w:szCs w:val="22"/>
        </w:rPr>
        <w:t xml:space="preserve">   ג. טקסט מידעי בסגנון כתבה</w:t>
      </w:r>
    </w:p>
    <w:p>
      <w:pPr>
        <w:pStyle w:val="Heading2"/>
        <w:bidi w:val="1"/>
        <w:jc w:val="right"/>
      </w:pPr>
      <w:r>
        <w:rPr>
          <w:b/>
          <w:color w:val="1C7ED6"/>
          <w:sz w:val="27"/>
          <w:rtl w:val="1"/>
          <w:rFonts w:ascii="Arial" w:hAnsi="Arial" w:cs="Arial"/>
          <w:bCs/>
          <w:szCs w:val="27"/>
        </w:rPr>
        <w:t>חלק ב׳ – 🚶 בזמן הקריאה</w:t>
      </w:r>
    </w:p>
    <w:p>
      <w:pPr>
        <w:bidi w:val="1"/>
        <w:spacing w:after="40"/>
        <w:jc w:val="right"/>
      </w:pPr>
      <w:r>
        <w:rPr>
          <w:b/>
          <w:sz w:val="23"/>
          <w:rtl w:val="1"/>
          <w:rFonts w:ascii="Arial" w:hAnsi="Arial" w:cs="Arial"/>
          <w:bCs/>
          <w:szCs w:val="23"/>
        </w:rPr>
        <w:t>3. כתבו כותרת קצרה (2–4 מילים) לכל פסקה.   [💡 הרעיון המרכזי בפסקה]</w:t>
      </w:r>
    </w:p>
    <w:p>
      <w:pPr>
        <w:bidi w:val="1"/>
        <w:spacing w:after="20"/>
        <w:jc w:val="right"/>
      </w:pPr>
      <w:r>
        <w:rPr>
          <w:b/>
          <w:color w:val="2B8A3E"/>
          <w:sz w:val="22"/>
          <w:rtl w:val="1"/>
          <w:rFonts w:ascii="Arial" w:hAnsi="Arial" w:cs="Arial"/>
          <w:bCs/>
          <w:szCs w:val="22"/>
        </w:rPr>
        <w:t>✏️ פסקה 1: … · פסקה 2: … · פסקה 3: … · פסקה 4: …</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b/>
          <w:sz w:val="23"/>
          <w:rtl w:val="1"/>
          <w:rFonts w:ascii="Arial" w:hAnsi="Arial" w:cs="Arial"/>
          <w:bCs/>
          <w:szCs w:val="23"/>
        </w:rPr>
        <w:t>4. "עם זאת, לא הכול פשוט" (פסקה 3). מה מסמנת "עם זאת"?   [🔗 מילות קישור – תמרורים בטקסט]</w:t>
      </w:r>
    </w:p>
    <w:p>
      <w:pPr>
        <w:bidi w:val="1"/>
        <w:spacing w:after="20"/>
        <w:jc w:val="right"/>
      </w:pPr>
      <w:r>
        <w:rPr>
          <w:sz w:val="22"/>
          <w:rtl w:val="1"/>
          <w:rFonts w:ascii="Arial" w:hAnsi="Arial" w:cs="Arial"/>
          <w:szCs w:val="22"/>
        </w:rPr>
        <w:t xml:space="preserve">   א. סיבה</w:t>
      </w:r>
    </w:p>
    <w:p>
      <w:pPr>
        <w:bidi w:val="1"/>
        <w:spacing w:after="20"/>
        <w:jc w:val="right"/>
      </w:pPr>
      <w:r>
        <w:rPr>
          <w:sz w:val="22"/>
          <w:rtl w:val="1"/>
          <w:rFonts w:ascii="Arial" w:hAnsi="Arial" w:cs="Arial"/>
          <w:szCs w:val="22"/>
        </w:rPr>
        <w:t xml:space="preserve">   ב. ניגוד</w:t>
      </w:r>
    </w:p>
    <w:p>
      <w:pPr>
        <w:bidi w:val="1"/>
        <w:spacing w:after="20"/>
        <w:jc w:val="right"/>
      </w:pPr>
      <w:r>
        <w:rPr>
          <w:sz w:val="22"/>
          <w:rtl w:val="1"/>
          <w:rFonts w:ascii="Arial" w:hAnsi="Arial" w:cs="Arial"/>
          <w:szCs w:val="22"/>
        </w:rPr>
        <w:t xml:space="preserve">   ג. הוספה</w:t>
      </w:r>
    </w:p>
    <w:p>
      <w:pPr>
        <w:bidi w:val="1"/>
        <w:spacing w:after="40"/>
        <w:jc w:val="right"/>
      </w:pPr>
      <w:r>
        <w:rPr>
          <w:b/>
          <w:sz w:val="23"/>
          <w:rtl w:val="1"/>
          <w:rFonts w:ascii="Arial" w:hAnsi="Arial" w:cs="Arial"/>
          <w:bCs/>
          <w:szCs w:val="23"/>
        </w:rPr>
        <w:t>5. איזה משפט הוא דעה?   [⚖️ עובדה או דעה?]</w:t>
      </w:r>
    </w:p>
    <w:p>
      <w:pPr>
        <w:bidi w:val="1"/>
        <w:spacing w:after="20"/>
        <w:jc w:val="right"/>
      </w:pPr>
      <w:r>
        <w:rPr>
          <w:sz w:val="22"/>
          <w:rtl w:val="1"/>
          <w:rFonts w:ascii="Arial" w:hAnsi="Arial" w:cs="Arial"/>
          <w:szCs w:val="22"/>
        </w:rPr>
        <w:t xml:space="preserve">   א. "בכל שבוע אחראית עליה קבוצה אחרת"</w:t>
      </w:r>
    </w:p>
    <w:p>
      <w:pPr>
        <w:bidi w:val="1"/>
        <w:spacing w:after="20"/>
        <w:jc w:val="right"/>
      </w:pPr>
      <w:r>
        <w:rPr>
          <w:sz w:val="22"/>
          <w:rtl w:val="1"/>
          <w:rFonts w:ascii="Arial" w:hAnsi="Arial" w:cs="Arial"/>
          <w:szCs w:val="22"/>
        </w:rPr>
        <w:t xml:space="preserve">   ב. "זה הדבר הכי טוב שקרה לבית הספר"</w:t>
      </w:r>
    </w:p>
    <w:p>
      <w:pPr>
        <w:bidi w:val="1"/>
        <w:spacing w:after="20"/>
        <w:jc w:val="right"/>
      </w:pPr>
      <w:r>
        <w:rPr>
          <w:sz w:val="22"/>
          <w:rtl w:val="1"/>
          <w:rFonts w:ascii="Arial" w:hAnsi="Arial" w:cs="Arial"/>
          <w:szCs w:val="22"/>
        </w:rPr>
        <w:t xml:space="preserve">   ג. "צומחים בו עגבניות, נענע וחמניות"</w:t>
      </w:r>
    </w:p>
    <w:p>
      <w:pPr>
        <w:pStyle w:val="Heading2"/>
        <w:bidi w:val="1"/>
        <w:jc w:val="right"/>
      </w:pPr>
      <w:r>
        <w:rPr>
          <w:b/>
          <w:color w:val="2F9E44"/>
          <w:sz w:val="27"/>
          <w:rtl w:val="1"/>
          <w:rFonts w:ascii="Arial" w:hAnsi="Arial" w:cs="Arial"/>
          <w:bCs/>
          <w:szCs w:val="27"/>
        </w:rPr>
        <w:t>חלק ג׳ – 🏁 אחרי הקריאה</w:t>
      </w:r>
    </w:p>
    <w:p>
      <w:pPr>
        <w:bidi w:val="1"/>
        <w:spacing w:after="40"/>
        <w:jc w:val="right"/>
      </w:pPr>
      <w:r>
        <w:rPr>
          <w:b/>
          <w:sz w:val="23"/>
          <w:rtl w:val="1"/>
          <w:rFonts w:ascii="Arial" w:hAnsi="Arial" w:cs="Arial"/>
          <w:bCs/>
          <w:szCs w:val="23"/>
        </w:rPr>
        <w:t>6. איתור: מי הציעו את הרעיון לגינה?   [🔍 שאלת איתור]</w:t>
      </w:r>
    </w:p>
    <w:p>
      <w:pPr>
        <w:bidi w:val="1"/>
        <w:spacing w:after="20"/>
        <w:jc w:val="right"/>
      </w:pPr>
      <w:r>
        <w:rPr>
          <w:sz w:val="22"/>
          <w:rtl w:val="1"/>
          <w:rFonts w:ascii="Arial" w:hAnsi="Arial" w:cs="Arial"/>
          <w:szCs w:val="22"/>
        </w:rPr>
        <w:t xml:space="preserve">   א. ההורים</w:t>
      </w:r>
    </w:p>
    <w:p>
      <w:pPr>
        <w:bidi w:val="1"/>
        <w:spacing w:after="20"/>
        <w:jc w:val="right"/>
      </w:pPr>
      <w:r>
        <w:rPr>
          <w:sz w:val="22"/>
          <w:rtl w:val="1"/>
          <w:rFonts w:ascii="Arial" w:hAnsi="Arial" w:cs="Arial"/>
          <w:szCs w:val="22"/>
        </w:rPr>
        <w:t xml:space="preserve">   ב. צוות המורים</w:t>
      </w:r>
    </w:p>
    <w:p>
      <w:pPr>
        <w:bidi w:val="1"/>
        <w:spacing w:after="20"/>
        <w:jc w:val="right"/>
      </w:pPr>
      <w:r>
        <w:rPr>
          <w:sz w:val="22"/>
          <w:rtl w:val="1"/>
          <w:rFonts w:ascii="Arial" w:hAnsi="Arial" w:cs="Arial"/>
          <w:szCs w:val="22"/>
        </w:rPr>
        <w:t xml:space="preserve">   ג. תלמידי כיתה ח׳</w:t>
      </w:r>
    </w:p>
    <w:p>
      <w:pPr>
        <w:bidi w:val="1"/>
        <w:spacing w:after="40"/>
        <w:jc w:val="right"/>
      </w:pPr>
      <w:r>
        <w:rPr>
          <w:b/>
          <w:sz w:val="23"/>
          <w:rtl w:val="1"/>
          <w:rFonts w:ascii="Arial" w:hAnsi="Arial" w:cs="Arial"/>
          <w:bCs/>
          <w:szCs w:val="23"/>
        </w:rPr>
        <w:t>7. הסקה: מה אפשר להסיק על התלמידים מכך שהקימו "תורנות גינה"?   [🕵️ שאלת הסקה – בין השורות]</w:t>
      </w:r>
    </w:p>
    <w:p>
      <w:pPr>
        <w:bidi w:val="1"/>
        <w:spacing w:after="20"/>
        <w:jc w:val="right"/>
      </w:pPr>
      <w:r>
        <w:rPr>
          <w:sz w:val="22"/>
          <w:rtl w:val="1"/>
          <w:rFonts w:ascii="Arial" w:hAnsi="Arial" w:cs="Arial"/>
          <w:szCs w:val="22"/>
        </w:rPr>
        <w:t xml:space="preserve">   א. הם אחראים ויודעים לעבוד יחד</w:t>
      </w:r>
    </w:p>
    <w:p>
      <w:pPr>
        <w:bidi w:val="1"/>
        <w:spacing w:after="20"/>
        <w:jc w:val="right"/>
      </w:pPr>
      <w:r>
        <w:rPr>
          <w:sz w:val="22"/>
          <w:rtl w:val="1"/>
          <w:rFonts w:ascii="Arial" w:hAnsi="Arial" w:cs="Arial"/>
          <w:szCs w:val="22"/>
        </w:rPr>
        <w:t xml:space="preserve">   ב. בבית הספר אין מים</w:t>
      </w:r>
    </w:p>
    <w:p>
      <w:pPr>
        <w:bidi w:val="1"/>
        <w:spacing w:after="20"/>
        <w:jc w:val="right"/>
      </w:pPr>
      <w:r>
        <w:rPr>
          <w:sz w:val="22"/>
          <w:rtl w:val="1"/>
          <w:rFonts w:ascii="Arial" w:hAnsi="Arial" w:cs="Arial"/>
          <w:szCs w:val="22"/>
        </w:rPr>
        <w:t xml:space="preserve">   ג. הם לא אוהבים את הגינה</w:t>
      </w:r>
    </w:p>
    <w:p>
      <w:pPr>
        <w:bidi w:val="1"/>
        <w:spacing w:after="40"/>
        <w:jc w:val="right"/>
      </w:pPr>
      <w:r>
        <w:rPr>
          <w:b/>
          <w:sz w:val="23"/>
          <w:rtl w:val="1"/>
          <w:rFonts w:ascii="Arial" w:hAnsi="Arial" w:cs="Arial"/>
          <w:bCs/>
          <w:szCs w:val="23"/>
        </w:rPr>
        <w:t>8. האם כדאי לבנות גינה על גג בכל בית ספר? כתבו טענה + נימוק + דוגמה.   [✍️ תשובה מלאה: טענה + נימוק + דוגמה]</w:t>
      </w:r>
    </w:p>
    <w:p>
      <w:pPr>
        <w:bidi w:val="1"/>
        <w:spacing w:after="20"/>
        <w:jc w:val="right"/>
      </w:pPr>
      <w:r>
        <w:rPr>
          <w:b/>
          <w:color w:val="2B8A3E"/>
          <w:sz w:val="22"/>
          <w:rtl w:val="1"/>
          <w:rFonts w:ascii="Arial" w:hAnsi="Arial" w:cs="Arial"/>
          <w:bCs/>
          <w:szCs w:val="22"/>
        </w:rPr>
        <w:t>✏️ לדעתי… כי… למשל…</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pStyle w:val="Heading2"/>
        <w:bidi w:val="1"/>
        <w:jc w:val="right"/>
      </w:pPr>
      <w:r>
        <w:rPr>
          <w:b/>
          <w:color w:val="1F2340"/>
          <w:sz w:val="27"/>
          <w:rtl w:val="1"/>
          <w:rFonts w:ascii="Arial" w:hAnsi="Arial" w:cs="Arial"/>
          <w:bCs/>
          <w:szCs w:val="27"/>
        </w:rPr>
        <w:t>✍️ משימת כתיבה</w:t>
      </w:r>
    </w:p>
    <w:p>
      <w:pPr>
        <w:bidi w:val="1"/>
        <w:spacing w:after="40"/>
        <w:jc w:val="right"/>
      </w:pPr>
      <w:r>
        <w:rPr>
          <w:b/>
          <w:sz w:val="23"/>
          <w:rtl w:val="1"/>
          <w:rFonts w:ascii="Arial" w:hAnsi="Arial" w:cs="Arial"/>
          <w:bCs/>
          <w:szCs w:val="23"/>
        </w:rPr>
        <w:t>9. כתבו פסקה (4–6 משפטים): איזה כרטיס ניווט הכי עוזר לכם, ובאיזה שלב של הקריאה? הביאו דוגמה.   [✍️ תשובה מלאה: טענה + נימוק + דוגמה]</w:t>
      </w:r>
    </w:p>
    <w:p>
      <w:pPr>
        <w:bidi w:val="1"/>
        <w:spacing w:after="20"/>
        <w:jc w:val="right"/>
      </w:pPr>
      <w:r>
        <w:rPr>
          <w:b/>
          <w:color w:val="2B8A3E"/>
          <w:sz w:val="22"/>
          <w:rtl w:val="1"/>
          <w:rFonts w:ascii="Arial" w:hAnsi="Arial" w:cs="Arial"/>
          <w:bCs/>
          <w:szCs w:val="22"/>
        </w:rPr>
        <w:t>✏️ לדעתי… כי… למשל…</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tbl>
      <w:tblPr>
        <w:tblStyle w:val="TableGrid"/>
        <w:tblW w:type="auto" w:w="0"/>
        <w:tblLook w:firstColumn="1" w:firstRow="1" w:lastColumn="0" w:lastRow="0" w:noHBand="0" w:noVBand="1" w:val="04A0"/>
        <w:bidiVisual/>
        <w:tblBorders>
          <w:top w:val="dashed" w:sz="12" w:color="495057"/>
          <w:left w:val="dashed" w:sz="12" w:color="495057"/>
          <w:bottom w:val="dashed" w:sz="12" w:color="495057"/>
          <w:right w:val="dashed" w:sz="12" w:color="495057"/>
        </w:tblBorders>
      </w:tblPr>
      <w:tblGrid>
        <w:gridCol w:w="10318"/>
      </w:tblGrid>
      <w:tr>
        <w:tc>
          <w:tcPr>
            <w:tcW w:type="dxa" w:w="10318"/>
            <w:shd w:val="clear" w:color="auto" w:fill="FFFFFF"/>
          </w:tcPr>
          <w:p>
            <w:pPr>
              <w:bidi w:val="1"/>
              <w:spacing w:after="20"/>
              <w:jc w:val="right"/>
            </w:pPr>
            <w:r>
              <w:rPr>
                <w:b/>
                <w:sz w:val="26"/>
                <w:rtl w:val="1"/>
                <w:rFonts w:ascii="Arial" w:hAnsi="Arial" w:cs="Arial"/>
                <w:bCs/>
                <w:szCs w:val="26"/>
              </w:rPr>
              <w:t>✂️ 🎟️ כרטיס יציאה</w:t>
            </w:r>
          </w:p>
          <w:p>
            <w:pPr>
              <w:bidi w:val="1"/>
              <w:spacing w:after="20"/>
              <w:jc w:val="right"/>
            </w:pPr>
            <w:r>
              <w:rPr>
                <w:sz w:val="22"/>
                <w:rtl w:val="1"/>
                <w:rFonts w:ascii="Arial" w:hAnsi="Arial" w:cs="Arial"/>
                <w:szCs w:val="22"/>
              </w:rPr>
              <w:t>כרטיס אחד שאשתמש בו מחר:</w:t>
            </w:r>
          </w:p>
          <w:p>
            <w:pPr>
              <w:bidi w:val="1"/>
              <w:spacing w:after="20"/>
              <w:jc w:val="right"/>
            </w:pPr>
            <w:r>
              <w:rPr>
                <w:color w:val="999999"/>
                <w:sz w:val="24"/>
                <w:rtl w:val="1"/>
                <w:rFonts w:ascii="Arial" w:hAnsi="Arial" w:cs="Arial"/>
                <w:szCs w:val="24"/>
              </w:rPr>
              <w:t>_______________________________________________________</w:t>
            </w:r>
          </w:p>
          <w:p>
            <w:pPr>
              <w:bidi w:val="1"/>
              <w:spacing w:after="20"/>
              <w:jc w:val="right"/>
            </w:pPr>
            <w:r>
              <w:rPr>
                <w:sz w:val="22"/>
                <w:rtl w:val="1"/>
                <w:rFonts w:ascii="Arial" w:hAnsi="Arial" w:cs="Arial"/>
                <w:szCs w:val="22"/>
              </w:rPr>
              <w:t>מה עושים כשנתקעים? (כרטיס SOS)</w:t>
            </w:r>
          </w:p>
          <w:p>
            <w:pPr>
              <w:bidi w:val="1"/>
              <w:spacing w:after="20"/>
              <w:jc w:val="right"/>
            </w:pPr>
            <w:r>
              <w:rPr>
                <w:color w:val="999999"/>
                <w:sz w:val="24"/>
                <w:rtl w:val="1"/>
                <w:rFonts w:ascii="Arial" w:hAnsi="Arial" w:cs="Arial"/>
                <w:szCs w:val="24"/>
              </w:rPr>
              <w:t>_______________________________________________________</w:t>
            </w:r>
          </w:p>
        </w:tc>
      </w:tr>
    </w:tbl>
    <w:sectPr w:rsidR="00FC693F" w:rsidRPr="0006063C" w:rsidSect="00034616">
      <w:headerReference w:type="default" r:id="rId9"/>
      <w:footerReference w:type="default" r:id="rId10"/>
      <w:pgSz w:w="11906" w:h="16838"/>
      <w:pgMar w:top="794" w:right="794" w:bottom="794" w:left="794"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right"/>
    </w:pPr>
    <w:r>
      <w:rPr>
        <w:color w:val="666666"/>
        <w:sz w:val="17"/>
        <w:rtl w:val="1"/>
        <w:rFonts w:ascii="Arial" w:hAnsi="Arial" w:cs="Arial"/>
        <w:szCs w:val="17"/>
      </w:rPr>
      <w:t>יצרה: רוית ראש בן ישי · 🧭 כרטיסיות ניווט בטקסט</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val="1"/>
      <w:jc w:val="right"/>
    </w:pPr>
    <w:r>
      <w:rPr>
        <w:color w:val="666666"/>
        <w:sz w:val="17"/>
        <w:rtl w:val="1"/>
        <w:rFonts w:ascii="Arial" w:hAnsi="Arial" w:cs="Arial"/>
        <w:szCs w:val="17"/>
      </w:rPr>
      <w:t>דף תרגול – כרטיסיות ניווט על טקסט קצר · חט״ב עולים חדשים</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4"/>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